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pPr>
      <w:r>
        <w:t>ObsessOS — Personal v0.1 Lovable Implementation Plan</w:t>
      </w:r>
    </w:p>
    <w:p>
      <w:r>
        <w:t>Frozen implementation directive • Final lockdown August 26, 2026</w:t>
      </w:r>
    </w:p>
    <w:p>
      <w:r>
        <w:t>Authoritative source: frozen ObsessOS — Personal v0.1 Product Specification • Personal v0.1</w:t>
      </w:r>
    </w:p>
    <w:p>
      <w:r>
        <w:t>Platform: Lovable with Lovable Cloud</w:t>
      </w:r>
    </w:p>
    <w:p>
      <w:r>
        <w:t>Product boundary: Personal v0.1</w:t>
      </w:r>
    </w:p>
    <w:p>
      <w:pPr>
        <w:keepLines/>
        <w:jc w:val="left"/>
      </w:pPr>
      <w:r>
        <w:rPr>
          <w:b/>
          <w:color w:val="B06A3A"/>
          <w:sz w:val="24"/>
        </w:rPr>
        <w:t>One human. One question. One day.</w:t>
      </w:r>
    </w:p>
    <w:p>
      <w:pPr>
        <w:pStyle w:val="Heading2"/>
        <w:keepNext/>
        <w:keepLines/>
      </w:pPr>
      <w:r>
        <w:t>1. Authority, outcome, and implementation stance</w:t>
      </w:r>
    </w:p>
    <w:p>
      <w:r>
        <w:t>ObsessOS — Personal v0.1 Lovable Implementation Plan is the frozen implementation directive for the frozen Personal v0.1 Product Specification. The Product Specification remains the authoritative product source. This plan may choose technical mechanics only where product behavior is genuinely unresolved; it must not reinterpret settled behavior.</w:t>
      </w:r>
    </w:p>
    <w:p>
      <w:r>
        <w:t>Personal v0.1 is complete when one person can notice a question, give it a nearby day, prepare a Brief, deliberately Begin, leave ObsessOS largely alone during the day, return through Reflect → Show → Preserve → Finish, encounter one Completed Obsession as a finished exhibit in History, open its private Archive, and optionally make the whole finished exhibit Public.</w:t>
      </w:r>
    </w:p>
    <w:p>
      <w:r>
        <w:t>Implementation must preserve these invariants:</w:t>
      </w:r>
    </w:p>
    <w:p>
      <w:pPr>
        <w:pStyle w:val="ListBullet"/>
        <w:keepLines/>
      </w:pPr>
      <w:r>
        <w:t>The day—not a task—is the irreducible unit.</w:t>
      </w:r>
    </w:p>
    <w:p>
      <w:pPr>
        <w:pStyle w:val="ListBullet"/>
        <w:keepLines/>
      </w:pPr>
      <w:r>
        <w:t>A local calendar day has at most one scheduled Possibility and at most one actual Obsession for the human. These are separate authoritative database invariants implementing One human. One question. One day.</w:t>
      </w:r>
    </w:p>
    <w:p>
      <w:pPr>
        <w:pStyle w:val="ListBullet"/>
      </w:pPr>
      <w:r>
        <w:t>Begin is allowed only when the source Possibility is still scheduled for the server-resolved current local date. Missed dates remain Not begun until the human explicitly reschedules or chooses Give it Today; nothing rolls over automatically.</w:t>
      </w:r>
    </w:p>
    <w:p>
      <w:pPr>
        <w:pStyle w:val="ListBullet"/>
        <w:keepLines/>
      </w:pPr>
      <w:r>
        <w:t>Before Begin, the scheduled Possibility may be replaced, moved, or returned to Possibilities. Begin locks the day to the created Obsession.</w:t>
      </w:r>
    </w:p>
    <w:p>
      <w:pPr>
        <w:pStyle w:val="ListBullet"/>
        <w:keepLines/>
      </w:pPr>
      <w:r>
        <w:t>Relationships are created only by explicit human action. Declared relationship to the immediately prior Obsession Day blocks Begin.</w:t>
      </w:r>
    </w:p>
    <w:p>
      <w:pPr>
        <w:pStyle w:val="ListBullet"/>
        <w:keepLines/>
      </w:pPr>
      <w:r>
        <w:t>Brief requires Title and Question only. Optional Brief material is one undivided freeform text area plus attachments.</w:t>
      </w:r>
    </w:p>
    <w:p>
      <w:pPr>
        <w:pStyle w:val="ListBullet"/>
        <w:keepLines/>
      </w:pPr>
      <w:r>
        <w:t>Begin freezes one immutable Brief snapshot and stamps one permanent local calendar date.</w:t>
      </w:r>
    </w:p>
    <w:p>
      <w:pPr>
        <w:pStyle w:val="ListBullet"/>
        <w:keepLines/>
      </w:pPr>
      <w:r>
        <w:t>Active Day is extremely sparse. Capture inside ObsessOS is optional and peripheral, never required to complete the loop.</w:t>
      </w:r>
    </w:p>
    <w:p>
      <w:pPr>
        <w:pStyle w:val="ListBullet"/>
        <w:keepLines/>
      </w:pPr>
      <w:r>
        <w:t>Closeout is Reflect → Show → Preserve → Finish and autosaves throughout.</w:t>
      </w:r>
    </w:p>
    <w:p>
      <w:pPr>
        <w:pStyle w:val="ListBullet"/>
        <w:keepLines/>
      </w:pPr>
      <w:r>
        <w:t>Outcome and Cover image are the only Closeout content requirements for completion. A display fallback is not a Cover.</w:t>
      </w:r>
    </w:p>
    <w:p>
      <w:pPr>
        <w:pStyle w:val="ListBullet"/>
        <w:keepLines/>
      </w:pPr>
      <w:r>
        <w:t>Results are optional structured items: title, optional description, and file/link/media. No type or category picker exists.</w:t>
      </w:r>
    </w:p>
    <w:p>
      <w:pPr>
        <w:pStyle w:val="ListBullet"/>
      </w:pPr>
      <w:r>
        <w:t>Discoveries are optional discrete items with a required short title, optional explanatory body, and explicit order. Open Threads create Possibilities only through the human’s explicit Save as Possibility action.</w:t>
      </w:r>
    </w:p>
    <w:p>
      <w:pPr>
        <w:pStyle w:val="ListBullet"/>
        <w:keepLines/>
      </w:pPr>
      <w:r>
        <w:t>S/M/L/XL are conceptual viewing depths of one Completed Obsession, not authored variants, stored preservation forms, or publishing choices.</w:t>
      </w:r>
    </w:p>
    <w:p>
      <w:pPr>
        <w:pStyle w:val="ListBullet"/>
        <w:keepLines/>
      </w:pPr>
      <w:r>
        <w:t>Archive is the always-private back room attached to each Completed Obsession. It is not a lifecycle state that removes an exhibit from History.</w:t>
      </w:r>
    </w:p>
    <w:p>
      <w:pPr>
        <w:pStyle w:val="ListBullet"/>
        <w:keepLines/>
      </w:pPr>
      <w:r>
        <w:t>Completed Obsessions default Private. Public is an explicit whole-exhibit choice. Archive never becomes public.</w:t>
      </w:r>
    </w:p>
    <w:p>
      <w:pPr>
        <w:pStyle w:val="ListBullet"/>
        <w:keepLines/>
      </w:pPr>
      <w:r>
        <w:t>Old active Obsessions and unfinished closeouts remain resumable and never block a new day by themselves.</w:t>
      </w:r>
    </w:p>
    <w:p>
      <w:pPr>
        <w:pStyle w:val="ListBullet"/>
        <w:keepLines/>
      </w:pPr>
      <w:r>
        <w:t>Finished exhibits remain editable, but the frozen Brief and historical Obsession Day never change.</w:t>
      </w:r>
    </w:p>
    <w:p>
      <w:pPr>
        <w:pStyle w:val="ListBullet"/>
        <w:keepLines/>
      </w:pPr>
      <w:r>
        <w:t>Public output is an allow-listed server projection, never a private row with fields hidden in the browser.</w:t>
      </w:r>
    </w:p>
    <w:p>
      <w:pPr>
        <w:pStyle w:val="ListBullet"/>
        <w:keepLines/>
      </w:pPr>
      <w:r>
        <w:t>No tasks, time tracking, scores, streaks, AI workspace, engagement mechanics, or marketplace behavior enters v0.1.</w:t>
      </w:r>
    </w:p>
    <w:p>
      <w:pPr>
        <w:pStyle w:val="Heading2"/>
        <w:keepNext/>
        <w:keepLines/>
      </w:pPr>
      <w:r>
        <w:t>2. Vertical-slice strategy and exact build order</w:t>
      </w:r>
    </w:p>
    <w:p>
      <w:pPr>
        <w:pStyle w:val="Heading3"/>
        <w:keepNext/>
        <w:keepLines/>
      </w:pPr>
      <w:r>
        <w:t>2.1 First complete vertical slice: one private day, end to end</w:t>
      </w:r>
    </w:p>
    <w:p>
      <w:r>
        <w:t>The first usable slice must prove the entire private meaning of the product, including the required Cover pipeline:</w:t>
      </w:r>
    </w:p>
    <w:p>
      <w:pPr>
        <w:pStyle w:val="ListNumber"/>
        <w:keepLines/>
        <w:numPr>
          <w:ilvl w:val="0"/>
          <w:numId w:val="10"/>
        </w:numPr>
      </w:pPr>
      <w:r>
        <w:t>Authenticate/create an account.</w:t>
      </w:r>
    </w:p>
    <w:p>
      <w:pPr>
        <w:pStyle w:val="ListNumber"/>
        <w:keepLines/>
        <w:numPr>
          <w:ilvl w:val="0"/>
          <w:numId w:val="10"/>
        </w:numPr>
      </w:pPr>
      <w:r>
        <w:t>Welcome the person with “One human. One question. One day.”</w:t>
      </w:r>
    </w:p>
    <w:p>
      <w:pPr>
        <w:pStyle w:val="ListNumber"/>
        <w:numPr>
          <w:ilvl w:val="0"/>
          <w:numId w:val="10"/>
        </w:numPr>
      </w:pPr>
      <w:r>
        <w:t>Ask “What might deserve a day?”</w:t>
      </w:r>
    </w:p>
    <w:p>
      <w:pPr>
        <w:pStyle w:val="ListNumber"/>
        <w:numPr>
          <w:ilvl w:val="0"/>
          <w:numId w:val="10"/>
        </w:numPr>
      </w:pPr>
      <w:r>
        <w:t>Create one real Possibility with Question required and optional freeform material/attachments. No display name, confirmed time zone, public handle, or public identity is required.</w:t>
      </w:r>
    </w:p>
    <w:p>
      <w:pPr>
        <w:pStyle w:val="ListNumber"/>
        <w:keepLines/>
        <w:numPr>
          <w:ilvl w:val="0"/>
          <w:numId w:val="10"/>
        </w:numPr>
      </w:pPr>
      <w:r>
        <w:t>Offer Give it a day or allow the new Possibility to remain unscheduled and enter the normal product.</w:t>
      </w:r>
    </w:p>
    <w:p>
      <w:pPr>
        <w:pStyle w:val="ListNumber"/>
        <w:numPr>
          <w:ilvl w:val="0"/>
          <w:numId w:val="10"/>
        </w:numPr>
      </w:pPr>
      <w:r>
        <w:t>If the first date-sensitive Give it a day / Schedule / Begin action is chosen and the profile has no confirmed IANA zone, invoke lightweight human time-zone confirmation before committing the date.</w:t>
      </w:r>
    </w:p>
    <w:p>
      <w:pPr>
        <w:pStyle w:val="ListNumber"/>
        <w:keepLines/>
        <w:numPr>
          <w:ilvl w:val="0"/>
          <w:numId w:val="10"/>
        </w:numPr>
      </w:pPr>
      <w:r>
        <w:t>Enforce at most one scheduled Possibility per local date, including an explicit replacement path.</w:t>
      </w:r>
    </w:p>
    <w:p>
      <w:pPr>
        <w:pStyle w:val="ListNumber"/>
        <w:keepLines/>
        <w:numPr>
          <w:ilvl w:val="0"/>
          <w:numId w:val="10"/>
        </w:numPr>
      </w:pPr>
      <w:r>
        <w:t>Prepare a Brief with required Title + Question, optional freeform text, and optional attachments; autosave without Save Draft.</w:t>
      </w:r>
    </w:p>
    <w:p>
      <w:pPr>
        <w:pStyle w:val="ListNumber"/>
        <w:keepLines/>
        <w:numPr>
          <w:ilvl w:val="0"/>
          <w:numId w:val="10"/>
        </w:numPr>
      </w:pPr>
      <w:r>
        <w:t>Begin through one idempotent server transaction that first requires a human-confirmed profile IANA zone, captures one server instant, resolves the current local date from that instant and confirmed zone, then checks the date-specific day lock; it requires the source to be scheduled for exactly that date, validates relationship spacing, freezes the Brief, and stamps the immutable Obsession Day. Browser/client zone is only a mismatch signal.</w:t>
      </w:r>
    </w:p>
    <w:p>
      <w:pPr>
        <w:pStyle w:val="ListNumber"/>
        <w:keepLines/>
        <w:numPr>
          <w:ilvl w:val="0"/>
          <w:numId w:val="10"/>
        </w:numPr>
      </w:pPr>
      <w:r>
        <w:t>View the sparse Active Day. No capture action is required in this slice.</w:t>
      </w:r>
    </w:p>
    <w:p>
      <w:pPr>
        <w:pStyle w:val="ListNumber"/>
        <w:keepLines/>
        <w:numPr>
          <w:ilvl w:val="0"/>
          <w:numId w:val="10"/>
        </w:numPr>
      </w:pPr>
      <w:r>
        <w:t>Close through Reflect, Show, Preserve, and Finish. Outcome and a real available Cover image are required; discrete Discoveries, Story, Results, Open Threads, and private Archive additions are optional. An Open Thread may be explicitly saved into the normal Possibilities pool.</w:t>
      </w:r>
    </w:p>
    <w:p>
      <w:pPr>
        <w:pStyle w:val="ListNumber"/>
        <w:keepLines/>
        <w:numPr>
          <w:ilvl w:val="0"/>
          <w:numId w:val="10"/>
        </w:numPr>
      </w:pPr>
      <w:r>
        <w:t>Upload/select and crop the Cover in Show; persist both the original and a usable crop/derivative before Finish is allowed.</w:t>
      </w:r>
    </w:p>
    <w:p>
      <w:pPr>
        <w:pStyle w:val="ListNumber"/>
        <w:keepLines/>
        <w:numPr>
          <w:ilvl w:val="0"/>
          <w:numId w:val="10"/>
        </w:numPr>
      </w:pPr>
      <w:r>
        <w:t>Preview the entire finished exhibit, choose Private by default, and Finish idempotently.</w:t>
      </w:r>
    </w:p>
    <w:p>
      <w:pPr>
        <w:pStyle w:val="ListNumber"/>
        <w:keepLines/>
        <w:numPr>
          <w:ilvl w:val="0"/>
          <w:numId w:val="10"/>
        </w:numPr>
      </w:pPr>
      <w:r>
        <w:t>View the Completed Obsession and see its card in private History.</w:t>
      </w:r>
    </w:p>
    <w:p>
      <w:pPr>
        <w:pStyle w:val="ListNumber"/>
        <w:keepLines/>
        <w:numPr>
          <w:ilvl w:val="0"/>
          <w:numId w:val="10"/>
        </w:numPr>
      </w:pPr>
      <w:r>
        <w:t>Open the attached private Archive and see the automatically composed frozen Before record, deliberately added private Preserve material, and the automatically composed canonical completed record in What Came Back—without duplicate uploads.</w:t>
      </w:r>
    </w:p>
    <w:p>
      <w:r>
        <w:t>This slice includes the minimum secure upload/finalization machinery needed for Brief attachments and the required Cover. It excludes public identity, public projection, gallery search, advanced media processing, and optional Active Day Archive capture. Cover cannot be deferred because completion without it would prove the wrong product.</w:t>
      </w:r>
    </w:p>
    <w:p>
      <w:pPr>
        <w:pStyle w:val="Heading3"/>
        <w:keepNext/>
        <w:keepLines/>
      </w:pPr>
      <w:r>
        <w:t>2.2 Subsequent slices</w:t>
      </w:r>
    </w:p>
    <w:p>
      <w:pPr>
        <w:pStyle w:val="ListBullet"/>
        <w:keepLines/>
      </w:pPr>
      <w:r>
        <w:t>Slice A — Private golden path: the complete path above.</w:t>
      </w:r>
    </w:p>
    <w:p>
      <w:pPr>
        <w:pStyle w:val="ListBullet"/>
        <w:keepLines/>
      </w:pPr>
      <w:r>
        <w:t>Slice B — Resilience and scheduling depth: complete autosave recovery, optimistic concurrency, multiple unfinished Obsessions, missed-date language, idempotency receipts, offline gating, replacement/move/return flows, and extended-date scheduling.</w:t>
      </w:r>
    </w:p>
    <w:p>
      <w:pPr>
        <w:pStyle w:val="ListBullet"/>
        <w:keepLines/>
      </w:pPr>
      <w:r>
        <w:t>Slice C — Full files, Results, and Archive: remaining attachment roles, link/media Results, ordering, private previews, optional Active Day Archive contribution, Archive organization, and storage recovery checks.</w:t>
      </w:r>
    </w:p>
    <w:p>
      <w:pPr>
        <w:pStyle w:val="ListBullet"/>
        <w:keepLines/>
      </w:pPr>
      <w:r>
        <w:t>Slice D — Relationships and spacing: manual relationship picker, explicit Open Thread → Possibility lineage, scheduling precheck, authoritative Begin enforcement, deleted/tombstoned endpoint behavior, and blocked-path recovery.</w:t>
      </w:r>
    </w:p>
    <w:p>
      <w:pPr>
        <w:pStyle w:val="ListBullet"/>
        <w:keepLines/>
      </w:pPr>
      <w:r>
        <w:t>Slice E — Finished exhibit stewardship: post-Finish presentation editing/versioning, S/M/L responsive viewing depths, History search, and Unfinished surfaces.</w:t>
      </w:r>
    </w:p>
    <w:p>
      <w:pPr>
        <w:pStyle w:val="ListBullet"/>
        <w:keepLines/>
      </w:pPr>
      <w:r>
        <w:t>Slice F — Intentional whole-exhibit publishing: minimal public identity, public asset copies, publish/update/unpublish, whole-exhibit public routes, and public relationship links.</w:t>
      </w:r>
    </w:p>
    <w:p>
      <w:pPr>
        <w:pStyle w:val="ListBullet"/>
        <w:keepLines/>
      </w:pPr>
      <w:r>
        <w:t>Slice G — Complete onboarding, settings, accessibility, security, and release hardening: all specified screens and non-happy states.</w:t>
      </w:r>
    </w:p>
    <w:p>
      <w:r>
        <w:t>Do not reverse this order by building a generic dashboard, a complete backend in isolation, a public profile system, or capture-heavy Active Day tooling.</w:t>
      </w:r>
    </w:p>
    <w:p>
      <w:pPr>
        <w:pStyle w:val="Heading2"/>
        <w:keepNext/>
        <w:keepLines/>
      </w:pPr>
      <w:r>
        <w:t>3. Recommended Lovable / Lovable Cloud architecture</w:t>
      </w:r>
    </w:p>
    <w:p>
      <w:pPr>
        <w:pStyle w:val="Heading3"/>
        <w:keepNext/>
        <w:keepLines/>
      </w:pPr>
      <w:r>
        <w:t>3.1 Runtime shape</w:t>
      </w:r>
    </w:p>
    <w:p>
      <w:pPr>
        <w:pStyle w:val="ListBullet"/>
        <w:keepLines/>
      </w:pPr>
      <w:r>
        <w:t>Client: Lovable-generated React/TypeScript responsive web app. Routes render domain state but do not define lifecycle truth.</w:t>
      </w:r>
    </w:p>
    <w:p>
      <w:pPr>
        <w:pStyle w:val="ListBullet"/>
        <w:keepLines/>
      </w:pPr>
      <w:r>
        <w:t>Domain layer: generated database types plus explicit enums, validators, transition inputs/results, and shared display rules.</w:t>
      </w:r>
    </w:p>
    <w:p>
      <w:pPr>
        <w:pStyle w:val="ListBullet"/>
        <w:keepLines/>
      </w:pPr>
      <w:r>
        <w:t>Database: Lovable Cloud managed Postgres-style relational storage for owner-scoped source records, immutable versions, transition receipts, public projections, and operational events.</w:t>
      </w:r>
    </w:p>
    <w:p>
      <w:pPr>
        <w:pStyle w:val="ListBullet"/>
        <w:keepLines/>
      </w:pPr>
      <w:r>
        <w:t>Authentication: Lovable Cloud authentication. Identity is trusted only after server/session validation.</w:t>
      </w:r>
    </w:p>
    <w:p>
      <w:pPr>
        <w:pStyle w:val="ListBullet"/>
        <w:keepLines/>
      </w:pPr>
      <w:r>
        <w:t>Storage: private buckets for originals and private derivatives; separate public storage contains only sanitized copies explicitly published with a finished exhibit.</w:t>
      </w:r>
    </w:p>
    <w:p>
      <w:pPr>
        <w:pStyle w:val="ListBullet"/>
        <w:keepLines/>
      </w:pPr>
      <w:r>
        <w:t>Backend boundary: server functions perform Begin, Finish, scheduling replacement, upload authorization/finalization, publishing, unpublishing, permanent deletion, and other protected transitions.</w:t>
      </w:r>
    </w:p>
    <w:p>
      <w:pPr>
        <w:pStyle w:val="ListBullet"/>
        <w:keepLines/>
      </w:pPr>
      <w:r>
        <w:t>Security: RLS on every owner-scoped table and storage object. Anonymous reads are limited to purpose-built public projections and public copies.</w:t>
      </w:r>
    </w:p>
    <w:p>
      <w:pPr>
        <w:pStyle w:val="ListBullet"/>
        <w:keepLines/>
      </w:pPr>
      <w:r>
        <w:t>Secrets: backend-only cloud secrets. No privileged key or provider secret in frontend code.</w:t>
      </w:r>
    </w:p>
    <w:p>
      <w:pPr>
        <w:pStyle w:val="ListBullet"/>
        <w:keepLines/>
      </w:pPr>
      <w:r>
        <w:t>Observability: cloud logs plus private transition events for support diagnostics. Never expose operational events as productivity analytics.</w:t>
      </w:r>
    </w:p>
    <w:p>
      <w:pPr>
        <w:pStyle w:val="ListBullet"/>
        <w:keepLines/>
      </w:pPr>
      <w:r>
        <w:t>Deployment: Test first, then Live. Review migrations, regenerate types, and rerun RLS, transition, storage, and public-leak tests before promotion.</w:t>
      </w:r>
    </w:p>
    <w:p>
      <w:pPr>
        <w:pStyle w:val="Heading3"/>
        <w:keepNext/>
        <w:keepLines/>
      </w:pPr>
      <w:r>
        <w:t>3.2 Lovable Cloud wording</w:t>
      </w:r>
    </w:p>
    <w:p>
      <w:r>
        <w:t>Lovable Cloud is the default backend for authentication, database, storage, and server functionality. An externally managed Supabase project is not a product requirement. If the selected Lovable Cloud environment cannot provide a required capability—owner RLS, private object access, atomic transitions, immutable snapshots, backend-only secrets, or allow-listed public projections—stop and surface the implementation conflict. Any backend substitution must preserve the same domain and UI contracts.</w:t>
      </w:r>
    </w:p>
    <w:p>
      <w:pPr>
        <w:pStyle w:val="Heading3"/>
        <w:keepNext/>
        <w:keepLines/>
      </w:pPr>
      <w:r>
        <w:t>3.3 Storage recovery caution</w:t>
      </w:r>
    </w:p>
    <w:p>
      <w:r>
        <w:t>Confirm whether database backup includes stored objects in the chosen plan. Before Live, test an independent recovery procedure for private originals and published derivatives. Database rows retain checksums and object keys so missing objects are detectable without ever substituting a private URL into a public response.</w:t>
      </w:r>
    </w:p>
    <w:p>
      <w:pPr>
        <w:pStyle w:val="Heading2"/>
        <w:keepNext/>
        <w:keepLines/>
      </w:pPr>
      <w:r>
        <w:t>4. Database model</w:t>
      </w:r>
    </w:p>
    <w:p>
      <w:r>
        <w:t xml:space="preserve">All IDs are UUIDs. Every mutable owner record has </w:t>
      </w:r>
      <w:r>
        <w:rPr>
          <w:rFonts w:ascii="Consolas" w:hAnsi="Consolas"/>
          <w:color w:val="46525C"/>
          <w:sz w:val="18"/>
        </w:rPr>
        <w:t>created_at</w:t>
      </w:r>
      <w:r>
        <w:t xml:space="preserve">, </w:t>
      </w:r>
      <w:r>
        <w:rPr>
          <w:rFonts w:ascii="Consolas" w:hAnsi="Consolas"/>
          <w:color w:val="46525C"/>
          <w:sz w:val="18"/>
        </w:rPr>
        <w:t>updated_at</w:t>
      </w:r>
      <w:r>
        <w:t xml:space="preserve">, and integer </w:t>
      </w:r>
      <w:r>
        <w:rPr>
          <w:rFonts w:ascii="Consolas" w:hAnsi="Consolas"/>
          <w:color w:val="46525C"/>
          <w:sz w:val="18"/>
        </w:rPr>
        <w:t>row_version</w:t>
      </w:r>
      <w:r>
        <w:t xml:space="preserve">. Calendar days use Postgres </w:t>
      </w:r>
      <w:r>
        <w:rPr>
          <w:rFonts w:ascii="Consolas" w:hAnsi="Consolas"/>
          <w:color w:val="46525C"/>
          <w:sz w:val="18"/>
        </w:rPr>
        <w:t>date</w:t>
      </w:r>
      <w:r>
        <w:t xml:space="preserve">; instants use </w:t>
      </w:r>
      <w:r>
        <w:rPr>
          <w:rFonts w:ascii="Consolas" w:hAnsi="Consolas"/>
          <w:color w:val="46525C"/>
          <w:sz w:val="18"/>
        </w:rPr>
        <w:t>timestamptz</w:t>
      </w:r>
      <w:r>
        <w:t>; zones use IANA names.</w:t>
      </w:r>
    </w:p>
    <w:p>
      <w:pPr>
        <w:pStyle w:val="Heading3"/>
        <w:keepNext/>
        <w:keepLines/>
      </w:pPr>
      <w:r>
        <w:t>4.1 Identity and onboarding</w:t>
      </w:r>
    </w:p>
    <w:p>
      <w:r/>
      <w:r>
        <w:rPr>
          <w:rFonts w:ascii="Consolas" w:hAnsi="Consolas"/>
          <w:color w:val="46525C"/>
          <w:sz w:val="18"/>
        </w:rPr>
        <w:t>profiles</w:t>
      </w:r>
      <w:r/>
    </w:p>
    <w:p>
      <w:pPr>
        <w:pStyle w:val="ListBullet"/>
        <w:keepLines/>
      </w:pPr>
      <w:r>
        <w:t>Required: `id` (auth user FK/PK), `onboarding_state`, timestamps.</w:t>
      </w:r>
    </w:p>
    <w:p>
      <w:pPr>
        <w:pStyle w:val="ListBullet"/>
        <w:keepLines/>
      </w:pPr>
      <w:r>
        <w:t>Optional until required: `display_name`, `time_zone`, `time_zone_confirmed_at` (or equivalent explicit human-confirmation field), `public_handle`, `public_bio`, `avatar_attachment_id`, `external_link`, `public_identity_completed_at`.</w:t>
      </w:r>
    </w:p>
    <w:p>
      <w:pPr>
        <w:pStyle w:val="ListBullet"/>
        <w:keepLines/>
      </w:pPr>
      <w:r>
        <w:t>Unique normalized public handle when present. A private authenticated profile may exist with `display_name = NULL` and `time_zone = NULL`. Public identity never blocks private use.</w:t>
      </w:r>
    </w:p>
    <w:p>
      <w:pPr>
        <w:pStyle w:val="ListBullet"/>
        <w:keepLines/>
      </w:pPr>
      <w:r>
        <w:t>A browser-detected IANA zone is transient suggestion/mismatch input only. It must never populate `time_zone_confirmed_at`, become authoritative, or silently replace the confirmed profile zone without a deliberate human confirmation action.</w:t>
      </w:r>
    </w:p>
    <w:p>
      <w:r/>
      <w:r>
        <w:rPr>
          <w:rFonts w:ascii="Consolas" w:hAnsi="Consolas"/>
          <w:color w:val="46525C"/>
          <w:sz w:val="18"/>
        </w:rPr>
        <w:t>onboarding_drafts</w:t>
      </w:r>
      <w:r/>
    </w:p>
    <w:p>
      <w:pPr>
        <w:pStyle w:val="ListBullet"/>
        <w:keepLines/>
      </w:pPr>
      <w:r>
        <w:t>`user_id`, `step`, `draft_payload`, `row_version`, timestamps.</w:t>
      </w:r>
    </w:p>
    <w:p>
      <w:pPr>
        <w:pStyle w:val="ListBullet"/>
        <w:keepLines/>
      </w:pPr>
      <w:r>
        <w:t>One row per user; onboarding autosaves and may resume.</w:t>
      </w:r>
    </w:p>
    <w:p>
      <w:pPr>
        <w:pStyle w:val="Heading3"/>
        <w:keepNext/>
        <w:keepLines/>
      </w:pPr>
      <w:r>
        <w:t>4.2 Possibilities, scheduling, and Brief</w:t>
      </w:r>
    </w:p>
    <w:p>
      <w:r/>
      <w:r>
        <w:rPr>
          <w:rFonts w:ascii="Consolas" w:hAnsi="Consolas"/>
          <w:color w:val="46525C"/>
          <w:sz w:val="18"/>
        </w:rPr>
        <w:t>possibilities</w:t>
      </w:r>
      <w:r/>
    </w:p>
    <w:p>
      <w:pPr>
        <w:pStyle w:val="ListBullet"/>
        <w:keepLines/>
      </w:pPr>
      <w:r>
        <w:t>Required: `id`, `user_id`, `question`, `state`, timestamps.</w:t>
      </w:r>
    </w:p>
    <w:p>
      <w:pPr>
        <w:pStyle w:val="ListBullet"/>
        <w:keepLines/>
      </w:pPr>
      <w:r>
        <w:t>Optional: `freeform_text`, `scheduled_date`, `removed_at`, `converted_at`.</w:t>
      </w:r>
    </w:p>
    <w:p>
      <w:pPr>
        <w:pStyle w:val="ListBullet"/>
        <w:keepLines/>
      </w:pPr>
      <w:r>
        <w:t>State enum: `unscheduled | scheduled | converted | removed`.</w:t>
      </w:r>
    </w:p>
    <w:p>
      <w:pPr>
        <w:pStyle w:val="ListBullet"/>
        <w:keepLines/>
      </w:pPr>
      <w:r>
        <w:t>Trimmed Question is nonempty. `scheduled_date` exists only in `scheduled`. Only Begin sets `converted`.</w:t>
      </w:r>
    </w:p>
    <w:p>
      <w:pPr>
        <w:pStyle w:val="ListBullet"/>
        <w:keepLines/>
      </w:pPr>
      <w:r>
        <w:t>Partial unique index: `UNIQUE (user_id, scheduled_date) WHERE state = 'scheduled' AND scheduled_date IS NOT NULL`. This is the authoritative one-intention-per-day constraint.</w:t>
      </w:r>
    </w:p>
    <w:p>
      <w:pPr>
        <w:pStyle w:val="ListBullet"/>
      </w:pPr>
      <w:r>
        <w:t>Scheduling must also reject any target date already locked by an `active`, `closeout`, or `finished` Obsession for that user; a scheduled row must never be able to coexist as a Begin candidate for an already-begun day.</w:t>
      </w:r>
    </w:p>
    <w:p>
      <w:pPr>
        <w:pStyle w:val="ListBullet"/>
        <w:keepLines/>
      </w:pPr>
      <w:r>
        <w:t>Scheduling replacement is a transaction, never a client-side delete-and-insert sequence.</w:t>
      </w:r>
    </w:p>
    <w:p>
      <w:r/>
      <w:r>
        <w:rPr>
          <w:rFonts w:ascii="Consolas" w:hAnsi="Consolas"/>
          <w:color w:val="46525C"/>
          <w:sz w:val="18"/>
        </w:rPr>
        <w:t>briefs</w:t>
      </w:r>
      <w:r/>
    </w:p>
    <w:p>
      <w:pPr>
        <w:pStyle w:val="ListBullet"/>
        <w:keepLines/>
      </w:pPr>
      <w:r>
        <w:t>`id`, `user_id`, `possibility_id` unique, `current_version_id`, `status`, `row_version`, timestamps.</w:t>
      </w:r>
    </w:p>
    <w:p>
      <w:pPr>
        <w:pStyle w:val="ListBullet"/>
        <w:keepLines/>
      </w:pPr>
      <w:r>
        <w:t>Status enum: `draft | ready | frozen`.</w:t>
      </w:r>
    </w:p>
    <w:p>
      <w:pPr>
        <w:pStyle w:val="ListBullet"/>
        <w:keepLines/>
      </w:pPr>
      <w:r>
        <w:t>`ready` means current Title and Question are nonempty; it creates no obligation to Begin.</w:t>
      </w:r>
    </w:p>
    <w:p>
      <w:r/>
      <w:r>
        <w:rPr>
          <w:rFonts w:ascii="Consolas" w:hAnsi="Consolas"/>
          <w:color w:val="46525C"/>
          <w:sz w:val="18"/>
        </w:rPr>
        <w:t>brief_versions</w:t>
      </w:r>
      <w:r/>
    </w:p>
    <w:p>
      <w:pPr>
        <w:pStyle w:val="ListBullet"/>
        <w:keepLines/>
      </w:pPr>
      <w:r>
        <w:t>`id`, `brief_id`, `version_number`, `title`, `question`, optional `freeform_text`, `created_at`, `created_by`.</w:t>
      </w:r>
    </w:p>
    <w:p>
      <w:pPr>
        <w:pStyle w:val="ListBullet"/>
        <w:keepLines/>
      </w:pPr>
      <w:r>
        <w:t>Immutable after insert. Autosave inserts a version and atomically advances `briefs.current_version_id` with optimistic concurrency.</w:t>
      </w:r>
    </w:p>
    <w:p>
      <w:pPr>
        <w:pStyle w:val="ListBullet"/>
        <w:keepLines/>
      </w:pPr>
      <w:r>
        <w:t>Attachment membership is versioned through `attachment_links`; Begin therefore freezes the exact attachments present.</w:t>
      </w:r>
    </w:p>
    <w:p>
      <w:pPr>
        <w:pStyle w:val="ListBullet"/>
        <w:keepLines/>
      </w:pPr>
      <w:r>
        <w:t>No `starting_point`, `pull`, `explore`, `context` partition, or equivalent required field exists.</w:t>
      </w:r>
    </w:p>
    <w:p>
      <w:pPr>
        <w:pStyle w:val="Heading3"/>
        <w:keepNext/>
        <w:keepLines/>
      </w:pPr>
      <w:r>
        <w:t>4.3 Relationships</w:t>
      </w:r>
    </w:p>
    <w:p>
      <w:r/>
      <w:r>
        <w:rPr>
          <w:rFonts w:ascii="Consolas" w:hAnsi="Consolas"/>
          <w:color w:val="46525C"/>
          <w:sz w:val="18"/>
        </w:rPr>
        <w:t>relationships</w:t>
      </w:r>
      <w:r/>
    </w:p>
    <w:p>
      <w:pPr>
        <w:pStyle w:val="ListBullet"/>
        <w:keepLines/>
      </w:pPr>
      <w:r>
        <w:t>`id`, `user_id`, `source_type`, `source_id`, `target_type`, `target_id`, required `declaration_action`, `declared_at`, optional private note, `public_display_allowed` default false.</w:t>
      </w:r>
    </w:p>
    <w:p>
      <w:pPr>
        <w:pStyle w:val="ListBullet"/>
        <w:keepLines/>
      </w:pPr>
      <w:r>
        <w:t>v0.1 endpoints: current Possibility/Brief/Obsession source to a prior Obsession target. Polymorphism permits declaration before Begin.</w:t>
      </w:r>
    </w:p>
    <w:p>
      <w:pPr>
        <w:pStyle w:val="ListBullet"/>
        <w:keepLines/>
      </w:pPr>
      <w:r>
        <w:t>A normalized endpoint-pair uniqueness constraint prevents duplicates.</w:t>
      </w:r>
    </w:p>
    <w:p>
      <w:pPr>
        <w:pStyle w:val="ListBullet"/>
        <w:keepLines/>
      </w:pPr>
      <w:r>
        <w:t>No process inserts a relationship except a direct human action: the relationship picker or Save as Possibility on a specific Open Thread. `declaration_action` is a constrained enum with exactly `relationship_picker` and `open_thread_save_as_possibility`; it records creation provenance only and creates no relationship category or different spacing behavior. The latter action establishes known lineage from the new Possibility to its source Obsession; it is not inference.</w:t>
      </w:r>
    </w:p>
    <w:p>
      <w:pPr>
        <w:pStyle w:val="ListBullet"/>
        <w:keepLines/>
      </w:pPr>
      <w:r>
        <w:t>Relationship validity is independent of private Archive contents and exhibit visibility. Permanent deletion tombstones the missing endpoint.</w:t>
      </w:r>
    </w:p>
    <w:p>
      <w:pPr>
        <w:pStyle w:val="Heading3"/>
        <w:keepNext/>
        <w:keepLines/>
      </w:pPr>
      <w:r>
        <w:t>4.4 Obsession and Closeout</w:t>
      </w:r>
    </w:p>
    <w:p>
      <w:r/>
      <w:r>
        <w:rPr>
          <w:rFonts w:ascii="Consolas" w:hAnsi="Consolas"/>
          <w:color w:val="46525C"/>
          <w:sz w:val="18"/>
        </w:rPr>
        <w:t>obsessions</w:t>
      </w:r>
      <w:r/>
    </w:p>
    <w:p>
      <w:pPr>
        <w:pStyle w:val="ListBullet"/>
        <w:keepLines/>
      </w:pPr>
      <w:r>
        <w:t>Required: `id`, `user_id`, `source_possibility_id`, `obsession_day`, `zone_at_begin`, `begun_at`, `frozen_brief_version_id`, `state`, timestamps.</w:t>
      </w:r>
    </w:p>
    <w:p>
      <w:pPr>
        <w:pStyle w:val="ListBullet"/>
        <w:keepLines/>
      </w:pPr>
      <w:r>
        <w:t>Optional: `closeout_started_at`, `completed_at`.</w:t>
      </w:r>
    </w:p>
    <w:p>
      <w:pPr>
        <w:pStyle w:val="ListBullet"/>
        <w:keepLines/>
      </w:pPr>
      <w:r>
        <w:t>State enum: `active | closeout | finished`.</w:t>
      </w:r>
    </w:p>
    <w:p>
      <w:pPr>
        <w:pStyle w:val="ListBullet"/>
        <w:keepLines/>
      </w:pPr>
      <w:r>
        <w:t>Historical day fields and frozen snapshot reference are immutable after insert.</w:t>
      </w:r>
    </w:p>
    <w:p>
      <w:pPr>
        <w:pStyle w:val="ListBullet"/>
        <w:keepLines/>
      </w:pPr>
      <w:r>
        <w:t>Do not add `archived` to this lifecycle enum. Archive is attached private content, not a state that removes a Completed Obsession.</w:t>
      </w:r>
    </w:p>
    <w:p>
      <w:pPr>
        <w:pStyle w:val="ListBullet"/>
        <w:keepLines/>
      </w:pPr>
      <w:r>
        <w:t>Authoritative constraint: `UNIQUE (user_id, obsession_day)`. A human can have at most one actual Obsession for a local calendar date regardless of whether it is active, in closeout, or finished. Multiple unfinished Obsessions from different historical days remain valid, quiet, and resumable; they do not block a new eligible day.</w:t>
      </w:r>
    </w:p>
    <w:p>
      <w:pPr>
        <w:pStyle w:val="ListBullet"/>
      </w:pPr>
      <w:r>
        <w:t>Add an index supporting day-lock checks, such as `(user_id, obsession_day, state)`, while retaining the unique constraint as the final concurrency authority.</w:t>
      </w:r>
    </w:p>
    <w:p>
      <w:r/>
      <w:r>
        <w:rPr>
          <w:rFonts w:ascii="Consolas" w:hAnsi="Consolas"/>
          <w:color w:val="46525C"/>
          <w:sz w:val="18"/>
        </w:rPr>
        <w:t>closeouts</w:t>
      </w:r>
      <w:r/>
    </w:p>
    <w:p>
      <w:pPr>
        <w:pStyle w:val="ListBullet"/>
        <w:keepLines/>
      </w:pPr>
      <w:r>
        <w:t>`id`, `user_id`, `obsession_id` unique, `state`, required-for-completion `outcome`, optional `story`, `desired_visibility` default `private`, `row_version`, timestamps. Discoveries and Open Threads are normalized child records, not blobs.</w:t>
      </w:r>
    </w:p>
    <w:p>
      <w:pPr>
        <w:pStyle w:val="ListBullet"/>
        <w:keepLines/>
      </w:pPr>
      <w:r>
        <w:t>State enum: `reflecting | showing | preserving | finish_preview | completed`.</w:t>
      </w:r>
    </w:p>
    <w:p>
      <w:pPr>
        <w:pStyle w:val="ListBullet"/>
        <w:keepLines/>
      </w:pPr>
      <w:r>
        <w:t>No `preservation_form`, `selected_size`, `public_form`, or authored S/M/L/XL fields.</w:t>
      </w:r>
    </w:p>
    <w:p>
      <w:pPr/>
      <w:r>
        <w:t>discoveries</w:t>
      </w:r>
    </w:p>
    <w:p>
      <w:pPr>
        <w:pStyle w:val="ListBullet"/>
      </w:pPr>
      <w:r>
        <w:t>`id`, `user_id`, `closeout_id`, required nonempty `title`, optional `body`, `sort_order`, timestamps, `row_version`.</w:t>
      </w:r>
    </w:p>
    <w:p>
      <w:pPr>
        <w:pStyle w:val="ListBullet"/>
      </w:pPr>
      <w:r>
        <w:t>Zero or more. + Add Discovery creates an item; reorder/remove is explicit. No tags, categories, scores, or inferred types.</w:t>
      </w:r>
    </w:p>
    <w:p>
      <w:pPr/>
      <w:r>
        <w:t>open_threads</w:t>
      </w:r>
    </w:p>
    <w:p>
      <w:pPr>
        <w:pStyle w:val="ListBullet"/>
      </w:pPr>
      <w:r>
        <w:t>`id`, `user_id`, `closeout_id`, required nonempty `question_text`, `sort_order`, timestamps, `row_version`.</w:t>
      </w:r>
    </w:p>
    <w:p>
      <w:pPr/>
      <w:r>
        <w:t>open_thread_possibility_links</w:t>
      </w:r>
    </w:p>
    <w:p>
      <w:pPr>
        <w:pStyle w:val="ListBullet"/>
      </w:pPr>
      <w:r>
        <w:t>`user_id`, `open_thread_id` unique, `possibility_id` unique, `source_obsession_id`, `created_at`. The unique source key plus an idempotency receipt prevents duplicate Possibilities from repeat clicks.</w:t>
      </w:r>
    </w:p>
    <w:p>
      <w:pPr>
        <w:pStyle w:val="ListBullet"/>
        <w:keepLines/>
      </w:pPr>
      <w:r>
        <w:t>Step state records the furthest valid stage; moving backward does not discard later drafts.</w:t>
      </w:r>
    </w:p>
    <w:p>
      <w:r/>
      <w:r>
        <w:rPr>
          <w:rFonts w:ascii="Consolas" w:hAnsi="Consolas"/>
          <w:color w:val="46525C"/>
          <w:sz w:val="18"/>
        </w:rPr>
        <w:t>results</w:t>
      </w:r>
      <w:r/>
    </w:p>
    <w:p>
      <w:pPr>
        <w:pStyle w:val="ListBullet"/>
        <w:keepLines/>
      </w:pPr>
      <w:r>
        <w:t>`id`, `user_id`, `closeout_id`, required `title`, optional `description`, optional `external_url`, optional `attachment_id`, optional `media_attachment_id`, `sort_order`, timestamps, `row_version`.</w:t>
      </w:r>
    </w:p>
    <w:p>
      <w:pPr>
        <w:pStyle w:val="ListBullet"/>
        <w:keepLines/>
      </w:pPr>
      <w:r>
        <w:t>At least one of file/link/media may be present according to final validation; the UI does not ask for a Result type or category.</w:t>
      </w:r>
    </w:p>
    <w:p>
      <w:pPr>
        <w:pStyle w:val="ListBullet"/>
        <w:keepLines/>
      </w:pPr>
      <w:r>
        <w:t>Results are optional as a collection and are included only by explicit user action.</w:t>
      </w:r>
    </w:p>
    <w:p>
      <w:r/>
      <w:r>
        <w:rPr>
          <w:rFonts w:ascii="Consolas" w:hAnsi="Consolas"/>
          <w:color w:val="46525C"/>
          <w:sz w:val="18"/>
        </w:rPr>
        <w:t>exhibit_covers</w:t>
      </w:r>
      <w:r/>
    </w:p>
    <w:p>
      <w:pPr>
        <w:pStyle w:val="ListBullet"/>
        <w:keepLines/>
      </w:pPr>
      <w:r>
        <w:t>`id`, `user_id`, `closeout_id` unique, `source_attachment_id`, `crop_x`, `crop_y`, `crop_width`, `crop_height`, `aspect_ratio`, `processed_attachment_id`, `status`, timestamps.</w:t>
      </w:r>
    </w:p>
    <w:p>
      <w:pPr>
        <w:pStyle w:val="ListBullet"/>
        <w:keepLines/>
      </w:pPr>
      <w:r>
        <w:t>Status enum: `processing | ready | failed | removed`.</w:t>
      </w:r>
    </w:p>
    <w:p>
      <w:pPr>
        <w:pStyle w:val="ListBullet"/>
        <w:keepLines/>
      </w:pPr>
      <w:r>
        <w:t>Finish requires one `ready` Cover backed by an available image object. Typographic fallback is never stored as a qualifying Cover.</w:t>
      </w:r>
    </w:p>
    <w:p>
      <w:pPr>
        <w:pStyle w:val="Heading3"/>
        <w:keepNext/>
        <w:keepLines/>
      </w:pPr>
      <w:r>
        <w:t>4.5 Archive, exhibits, and public projections</w:t>
      </w:r>
    </w:p>
    <w:p>
      <w:r/>
      <w:r>
        <w:rPr>
          <w:rFonts w:ascii="Consolas" w:hAnsi="Consolas"/>
          <w:color w:val="46525C"/>
          <w:sz w:val="18"/>
        </w:rPr>
        <w:t>archives</w:t>
      </w:r>
      <w:r/>
    </w:p>
    <w:p>
      <w:pPr>
        <w:pStyle w:val="ListBullet"/>
        <w:keepLines/>
      </w:pPr>
      <w:r>
        <w:t>`id`, `user_id`, `obsession_id` unique, timestamps.</w:t>
      </w:r>
    </w:p>
    <w:p>
      <w:pPr>
        <w:pStyle w:val="ListBullet"/>
        <w:keepLines/>
      </w:pPr>
      <w:r>
        <w:t>Created at Begin or lazily on first access, but guaranteed to exist by Finish.</w:t>
      </w:r>
    </w:p>
    <w:p>
      <w:pPr>
        <w:pStyle w:val="ListBullet"/>
        <w:keepLines/>
      </w:pPr>
      <w:r>
        <w:t>Always owner-only. There is no visibility column and no public transition.</w:t>
      </w:r>
    </w:p>
    <w:p>
      <w:r/>
      <w:r>
        <w:rPr>
          <w:rFonts w:ascii="Consolas" w:hAnsi="Consolas"/>
          <w:color w:val="46525C"/>
          <w:sz w:val="18"/>
        </w:rPr>
        <w:t>archive_items</w:t>
      </w:r>
      <w:r/>
    </w:p>
    <w:p>
      <w:pPr>
        <w:pStyle w:val="ListBullet"/>
        <w:keepLines/>
      </w:pPr>
      <w:r>
        <w:t>`id`, `user_id`, `archive_id`, `section`, optional `attachment_id`, optional `text_content`, optional `external_url`, `sort_order`, timestamps.</w:t>
      </w:r>
    </w:p>
    <w:p>
      <w:pPr>
        <w:pStyle w:val="ListBullet"/>
        <w:keepLines/>
      </w:pPr>
      <w:r>
        <w:t>Section enum: `what_you_started_with | what_you_preserved | what_came_back`.</w:t>
      </w:r>
    </w:p>
    <w:p>
      <w:pPr>
        <w:pStyle w:val="ListBullet"/>
        <w:keepLines/>
      </w:pPr>
      <w:r>
        <w:t>What You Started With resolves the immutable frozen Brief snapshot and its attachments; it may be represented by system-linked items rather than duplicated bytes.</w:t>
      </w:r>
    </w:p>
    <w:p>
      <w:pPr>
        <w:pStyle w:val="ListBullet"/>
        <w:keepLines/>
      </w:pPr>
      <w:r>
        <w:t>What You Preserved holds raw/supporting material deliberately retained during Preserve or later.</w:t>
      </w:r>
    </w:p>
    <w:p>
      <w:pPr>
        <w:pStyle w:val="ListBullet"/>
        <w:keepLines/>
      </w:pPr>
      <w:r>
        <w:t>What Came Back automatically composes the canonical completed record from authoritative Outcome, ordered Discoveries, Story, Results, ordered Open Threads, ready Cover, and finished Exhibit/version metadata. These are linked/resolved records, not duplicate uploads or copied prose. Additional private material may be added later as `archive_items` in this section.</w:t>
      </w:r>
    </w:p>
    <w:p>
      <w:pPr>
        <w:pStyle w:val="ListBullet"/>
        <w:keepLines/>
      </w:pPr>
      <w:r>
        <w:t>Archive content remains editable/organizable after completion while always private.</w:t>
      </w:r>
    </w:p>
    <w:p>
      <w:r/>
      <w:r>
        <w:rPr>
          <w:rFonts w:ascii="Consolas" w:hAnsi="Consolas"/>
          <w:color w:val="46525C"/>
          <w:sz w:val="18"/>
        </w:rPr>
        <w:t>exhibits</w:t>
      </w:r>
      <w:r/>
    </w:p>
    <w:p>
      <w:pPr>
        <w:pStyle w:val="ListBullet"/>
        <w:keepLines/>
      </w:pPr>
      <w:r>
        <w:t>`id`, `user_id`, `obsession_id` unique, `current_version_id`, `visibility`, optional `public_slug`, timestamps.</w:t>
      </w:r>
    </w:p>
    <w:p>
      <w:pPr>
        <w:pStyle w:val="ListBullet"/>
        <w:keepLines/>
      </w:pPr>
      <w:r>
        <w:t>Visibility enum: `private | public`; default `private` at database and application layers.</w:t>
      </w:r>
    </w:p>
    <w:p>
      <w:pPr>
        <w:pStyle w:val="ListBullet"/>
        <w:keepLines/>
      </w:pPr>
      <w:r>
        <w:t>No global removal/restore lifecycle or visibility behavior exists.</w:t>
      </w:r>
    </w:p>
    <w:p>
      <w:r/>
      <w:r>
        <w:rPr>
          <w:rFonts w:ascii="Consolas" w:hAnsi="Consolas"/>
          <w:color w:val="46525C"/>
          <w:sz w:val="18"/>
        </w:rPr>
        <w:t>exhibit_versions</w:t>
      </w:r>
      <w:r/>
    </w:p>
    <w:p>
      <w:pPr>
        <w:pStyle w:val="ListBullet"/>
        <w:keepLines/>
      </w:pPr>
      <w:r>
        <w:t>`id`, `exhibit_id`, `version_number`, `title`, `question`, `outcome`, optional `story`, `discovery_manifest`, `open_thread_manifest`, `cover_attachment_id`, `result_manifest`, `created_at`, optional `published_at`, optional `change_note`. Manifests preserve the ordered canonical item values/identities for that immutable version; they are not separately authored S/M/L content.</w:t>
      </w:r>
    </w:p>
    <w:p>
      <w:pPr>
        <w:pStyle w:val="ListBullet"/>
        <w:keepLines/>
      </w:pPr>
      <w:r>
        <w:t>Immutable versions. Editing creates a new draft version; publishing promotes an allow-listed projection only after public assets are ready.</w:t>
      </w:r>
    </w:p>
    <w:p>
      <w:pPr>
        <w:pStyle w:val="ListBullet"/>
        <w:keepLines/>
      </w:pPr>
      <w:r>
        <w:t>Do not store separate `short_blurb`, `medium_body`, `large_body`, or XL authored bodies. S/M/L are composed views over this one version; XL opens the private Archive.</w:t>
      </w:r>
    </w:p>
    <w:p>
      <w:r/>
      <w:r>
        <w:rPr>
          <w:rFonts w:ascii="Consolas" w:hAnsi="Consolas"/>
          <w:color w:val="46525C"/>
          <w:sz w:val="18"/>
        </w:rPr>
        <w:t>public_exhibits</w:t>
      </w:r>
      <w:r/>
    </w:p>
    <w:p>
      <w:pPr>
        <w:pStyle w:val="ListBullet"/>
        <w:keepLines/>
      </w:pPr>
      <w:r>
        <w:t>Server-maintained allow-listed projection of the whole finished exhibit: public slug, minimal public identity, historical date, title, question, Outcome, optional ordered Discovery items/Story/Open Thread items, ready public Cover reference, public Result data/assets, and permitted declared related public slugs.</w:t>
      </w:r>
    </w:p>
    <w:p>
      <w:pPr>
        <w:pStyle w:val="ListBullet"/>
        <w:keepLines/>
      </w:pPr>
      <w:r>
        <w:t>No selected public form. The same public exhibit supports S card, M understanding, and L Results depth through presentation/layout.</w:t>
      </w:r>
    </w:p>
    <w:p>
      <w:pPr>
        <w:pStyle w:val="ListBullet"/>
        <w:keepLines/>
      </w:pPr>
      <w:r>
        <w:t>Anonymous SELECT is allowed; browser writes are forbidden.</w:t>
      </w:r>
    </w:p>
    <w:p>
      <w:pPr>
        <w:pStyle w:val="ListBullet"/>
        <w:keepLines/>
      </w:pPr>
      <w:r>
        <w:t>Archive content, frozen source material beyond allow-listed exhibit fields, private file metadata, email, time zone, storage keys, internal IDs, and operational logs are excluded.</w:t>
      </w:r>
    </w:p>
    <w:p>
      <w:r/>
      <w:r>
        <w:rPr>
          <w:rFonts w:ascii="Consolas" w:hAnsi="Consolas"/>
          <w:color w:val="46525C"/>
          <w:sz w:val="18"/>
        </w:rPr>
        <w:t>idempotency_keys</w:t>
      </w:r>
      <w:r/>
    </w:p>
    <w:p>
      <w:pPr>
        <w:pStyle w:val="ListBullet"/>
        <w:keepLines/>
      </w:pPr>
      <w:r>
        <w:t>`user_id`, `operation`, `key`, `request_hash`, `resource_id`, `status`, timestamps; unique on `(user_id, operation, key)`.</w:t>
      </w:r>
    </w:p>
    <w:p>
      <w:pPr>
        <w:pStyle w:val="ListBullet"/>
        <w:keepLines/>
      </w:pPr>
      <w:r>
        <w:t>Required for schedule/replace, Begin, Save as Possibility, Finish, publish/update, unpublish, upload finalization, and permanent deletion.</w:t>
      </w:r>
    </w:p>
    <w:p>
      <w:r/>
      <w:r>
        <w:rPr>
          <w:rFonts w:ascii="Consolas" w:hAnsi="Consolas"/>
          <w:color w:val="46525C"/>
          <w:sz w:val="18"/>
        </w:rPr>
        <w:t>transition_events</w:t>
      </w:r>
      <w:r/>
    </w:p>
    <w:p>
      <w:pPr>
        <w:pStyle w:val="ListBullet"/>
        <w:keepLines/>
      </w:pPr>
      <w:r>
        <w:t>Private operational audit containing actor, entity, prior/new state, operation, correlation ID, result/error code, and timestamp. It contains no reflection prose or file contents and never appears as a metric.</w:t>
      </w:r>
    </w:p>
    <w:p>
      <w:pPr>
        <w:pStyle w:val="Heading3"/>
        <w:keepNext/>
        <w:keepLines/>
      </w:pPr>
      <w:r>
        <w:t>4.6 Relationship overview</w:t>
      </w:r>
    </w:p>
    <w:p>
      <w:r>
        <w:t>A Profile owns Possibilities, Relationships, Obsessions, Attachments, and Exhibits. A Possibility owns one Brief; a Brief points to immutable Brief Versions. Begin converts a Possibility scheduled for the resolved current local date, freezes one version, creates the date-unique Obsession and its Archive, and locks the day. One Obsession owns one Closeout whose Discoveries, Results, and Open Threads are ordered child records and, after Finish, one Exhibit with immutable versions. Save as Possibility creates one unscheduled Possibility plus explicit lineage from an Open Thread. S/M/L render one Exhibit Version; XL opens that Obsession’s private Archive, whose Before and After sections compose canonical source records automatically. Public output is copied into public_exhibits and public storage, never hydrated from private graphs anonymously.</w:t>
      </w:r>
    </w:p>
    <w:p>
      <w:pPr>
        <w:pStyle w:val="Heading2"/>
        <w:keepNext/>
        <w:keepLines/>
      </w:pPr>
      <w:r>
        <w:t>5. Authentication, RLS, and minimal identity</w:t>
      </w:r>
    </w:p>
    <w:p>
      <w:pPr>
        <w:pStyle w:val="ListBullet"/>
        <w:keepLines/>
      </w:pPr>
      <w:r>
        <w:t>Support the simplest reliable Lovable Cloud email/password or magic-link configuration; social login is not required.</w:t>
      </w:r>
    </w:p>
    <w:p>
      <w:pPr>
        <w:pStyle w:val="ListBullet"/>
        <w:keepLines/>
      </w:pPr>
      <w:r>
        <w:t>S01 combines Welcome, sign-up, sign-in, recovery, and session-expired handling without private chrome.</w:t>
      </w:r>
    </w:p>
    <w:p>
      <w:pPr>
        <w:pStyle w:val="ListBullet"/>
        <w:keepLines/>
      </w:pPr>
      <w:r>
        <w:t>Create `profiles` through a server-safe trigger/function on first authenticated use.</w:t>
      </w:r>
    </w:p>
    <w:p>
      <w:pPr>
        <w:pStyle w:val="ListBullet"/>
        <w:keepLines/>
      </w:pPr>
      <w:r>
        <w:t>Private Personal v0.1 use requires neither display name nor a confirmed time zone. Email remains authentication data. A confirmed zone is required only at the first date-sensitive action; display name becomes required only when the person chooses Public.</w:t>
      </w:r>
    </w:p>
    <w:p>
      <w:pPr>
        <w:pStyle w:val="ListBullet"/>
        <w:keepLines/>
      </w:pPr>
      <w:r>
        <w:t>Public handle is requested only on first Publish intent or in Settings. Avatar, bio, and one external link are optional.</w:t>
      </w:r>
    </w:p>
    <w:p>
      <w:pPr>
        <w:pStyle w:val="ListBullet"/>
        <w:keepLines/>
      </w:pPr>
      <w:r>
        <w:t>Every private table uses `user_id = auth.uid()` owner isolation for SELECT/INSERT/UPDATE/DELETE, with additional column and transition guards.</w:t>
      </w:r>
    </w:p>
    <w:p>
      <w:pPr>
        <w:pStyle w:val="ListBullet"/>
        <w:keepLines/>
      </w:pPr>
      <w:r>
        <w:t>Storage policy checks the owner prefix and attachment row. Signed private URLs are short-lived and never placed in public projections.</w:t>
      </w:r>
    </w:p>
    <w:p>
      <w:pPr>
        <w:pStyle w:val="ListBullet"/>
        <w:keepLines/>
      </w:pPr>
      <w:r>
        <w:t>Service-role operations are confined to server functions, validate ownership independently, and write transition events.</w:t>
      </w:r>
    </w:p>
    <w:p>
      <w:pPr>
        <w:pStyle w:val="ListBullet"/>
        <w:keepLines/>
      </w:pPr>
      <w:r>
        <w:t>Session expiry preserves unsent local draft text, reauthenticates, then retries only after owner and `row_version` revalidation.</w:t>
      </w:r>
    </w:p>
    <w:p>
      <w:pPr>
        <w:pStyle w:val="Heading2"/>
        <w:keepNext/>
        <w:keepLines/>
      </w:pPr>
      <w:r>
        <w:t>6. File, Cover, Result, and Archive storage</w:t>
      </w:r>
    </w:p>
    <w:p>
      <w:pPr>
        <w:pStyle w:val="Heading3"/>
        <w:keepNext/>
        <w:keepLines/>
      </w:pPr>
      <w:r>
        <w:t>6.1 Buckets and object keys</w:t>
      </w:r>
    </w:p>
    <w:p>
      <w:pPr>
        <w:pStyle w:val="ListBullet"/>
        <w:keepLines/>
      </w:pPr>
      <w:r>
        <w:t>`private-originals`: Possibility/Brief attachments, Cover originals, Result originals, and Archive material.</w:t>
      </w:r>
    </w:p>
    <w:p>
      <w:pPr>
        <w:pStyle w:val="ListBullet"/>
        <w:keepLines/>
      </w:pPr>
      <w:r>
        <w:t>`private-previews`: owner-only thumbnails, posters, normalized previews, and Cover crops.</w:t>
      </w:r>
    </w:p>
    <w:p>
      <w:pPr>
        <w:pStyle w:val="ListBullet"/>
        <w:keepLines/>
      </w:pPr>
      <w:r>
        <w:t>`public-exhibit-assets`: sanitized copies referenced only by `public_exhibits`.</w:t>
      </w:r>
    </w:p>
    <w:p>
      <w:pPr>
        <w:pStyle w:val="ListBullet"/>
        <w:keepLines/>
      </w:pPr>
      <w:r>
        <w:t>Object key: `{owner_id}/{entity_type}/{entity_id}/{attachment_id}/{variant}`. Never expose raw paths in UI or public JSON.</w:t>
      </w:r>
    </w:p>
    <w:p>
      <w:pPr>
        <w:pStyle w:val="Heading3"/>
        <w:keepNext/>
        <w:keepLines/>
      </w:pPr>
      <w:r>
        <w:t>6.2 Attachment records and links</w:t>
      </w:r>
    </w:p>
    <w:p>
      <w:r/>
      <w:r>
        <w:rPr>
          <w:rFonts w:ascii="Consolas" w:hAnsi="Consolas"/>
          <w:color w:val="46525C"/>
          <w:sz w:val="18"/>
        </w:rPr>
        <w:t>attachments</w:t>
      </w:r>
      <w:r>
        <w:t xml:space="preserve"> stores owner, object key, detected MIME, status, original filename, bytes, checksum, dimensions/duration, timestamps, and failure code. Status enum: </w:t>
      </w:r>
      <w:r>
        <w:rPr>
          <w:rFonts w:ascii="Consolas" w:hAnsi="Consolas"/>
          <w:color w:val="46525C"/>
          <w:sz w:val="18"/>
        </w:rPr>
        <w:t>uploading | available | failed | removed</w:t>
      </w:r>
      <w:r>
        <w:t>.</w:t>
      </w:r>
    </w:p>
    <w:p>
      <w:r/>
      <w:r>
        <w:rPr>
          <w:rFonts w:ascii="Consolas" w:hAnsi="Consolas"/>
          <w:color w:val="46525C"/>
          <w:sz w:val="18"/>
        </w:rPr>
        <w:t>attachment_links</w:t>
      </w:r>
      <w:r>
        <w:t xml:space="preserve"> stores attachment, parent type/ID, optional version ID, semantic role, ordering, and timestamps. Roles include Possibility/Brief attachment, Cover source/crop, Result asset/media, and Archive section item. Roles are implementation links, not user-facing Result categories.</w:t>
      </w:r>
    </w:p>
    <w:p>
      <w:pPr>
        <w:pStyle w:val="Heading3"/>
        <w:keepNext/>
        <w:keepLines/>
      </w:pPr>
      <w:r>
        <w:t>6.3 Upload and crop transaction</w:t>
      </w:r>
    </w:p>
    <w:p>
      <w:pPr>
        <w:pStyle w:val="ListNumber"/>
        <w:keepLines/>
        <w:numPr>
          <w:ilvl w:val="0"/>
          <w:numId w:val="11"/>
        </w:numPr>
      </w:pPr>
      <w:r>
        <w:t>Client requests authorization with intended parent, filename, reported MIME, and bytes.</w:t>
      </w:r>
    </w:p>
    <w:p>
      <w:pPr>
        <w:pStyle w:val="ListNumber"/>
        <w:keepLines/>
        <w:numPr>
          <w:ilvl w:val="0"/>
          <w:numId w:val="11"/>
        </w:numPr>
      </w:pPr>
      <w:r>
        <w:t>Server authenticates owner, validates allow-list/limits, creates an `uploading` row, and returns restricted upload instructions.</w:t>
      </w:r>
    </w:p>
    <w:p>
      <w:pPr>
        <w:pStyle w:val="ListNumber"/>
        <w:keepLines/>
        <w:numPr>
          <w:ilvl w:val="0"/>
          <w:numId w:val="11"/>
        </w:numPr>
      </w:pPr>
      <w:r>
        <w:t>Client uploads while text autosave continues independently.</w:t>
      </w:r>
    </w:p>
    <w:p>
      <w:pPr>
        <w:pStyle w:val="ListNumber"/>
        <w:keepLines/>
        <w:numPr>
          <w:ilvl w:val="0"/>
          <w:numId w:val="11"/>
        </w:numPr>
      </w:pPr>
      <w:r>
        <w:t>Client calls idempotent finalize with checksum.</w:t>
      </w:r>
    </w:p>
    <w:p>
      <w:pPr>
        <w:pStyle w:val="ListNumber"/>
        <w:keepLines/>
        <w:numPr>
          <w:ilvl w:val="0"/>
          <w:numId w:val="11"/>
        </w:numPr>
      </w:pPr>
      <w:r>
        <w:t>Server verifies object existence, detected type, size, ownership, and checksum; marks available or failed.</w:t>
      </w:r>
    </w:p>
    <w:p>
      <w:pPr>
        <w:pStyle w:val="ListNumber"/>
        <w:keepLines/>
        <w:numPr>
          <w:ilvl w:val="0"/>
          <w:numId w:val="11"/>
        </w:numPr>
      </w:pPr>
      <w:r>
        <w:t>For Cover, the human uploads an externally obtained image or selects eligible image media already associated with the Obsession; the client selects crop/reposition geometry, and trusted processing creates a presentation derivative and marks `exhibit_covers.ready` only after verification.</w:t>
      </w:r>
    </w:p>
    <w:p>
      <w:pPr>
        <w:pStyle w:val="ListNumber"/>
        <w:keepLines/>
        <w:numPr>
          <w:ilvl w:val="0"/>
          <w:numId w:val="11"/>
        </w:numPr>
      </w:pPr>
      <w:r>
        <w:t>Failed files remain visible with Retry/Remove and never erase parent text.</w:t>
      </w:r>
    </w:p>
    <w:p>
      <w:r>
        <w:t>Initial proposed allow-list: JPEG, PNG, WebP, GIF, PDF, plain text, Markdown, common office formats, MP3/M4A/WAV, and MP4/MOV/WebM. Proposed starting limits are 25 MB per image/document/audio item and 250 MB per video, subject to validation against the selected Cloud plan before Live.</w:t>
      </w:r>
    </w:p>
    <w:p>
      <w:pPr>
        <w:pStyle w:val="Heading3"/>
        <w:keepNext/>
        <w:keepLines/>
      </w:pPr>
      <w:r>
        <w:t>6.4 Cover rules</w:t>
      </w:r>
    </w:p>
    <w:p>
      <w:pPr>
        <w:pStyle w:val="ListBullet"/>
        <w:keepLines/>
      </w:pPr>
      <w:r>
        <w:t>Exactly one ready image Cover is required to Finish.</w:t>
      </w:r>
    </w:p>
    <w:p>
      <w:pPr>
        <w:pStyle w:val="ListBullet"/>
        <w:keepLines/>
      </w:pPr>
      <w:r>
        <w:t>Show provides upload, eligible-media selection, crop/position, replacement, retry, and removal.</w:t>
      </w:r>
    </w:p>
    <w:p>
      <w:pPr>
        <w:pStyle w:val="ListBullet"/>
        <w:keepLines/>
      </w:pPr>
      <w:r>
        <w:t>A typographic fallback may render if a ready Cover becomes temporarily unavailable after completion or on a public asset error. It preserves display resilience only; it never satisfies the Finish guard.</w:t>
      </w:r>
    </w:p>
    <w:p>
      <w:pPr>
        <w:pStyle w:val="ListBullet"/>
        <w:keepLines/>
      </w:pPr>
      <w:r>
        <w:t>Removing/replacing the Cover of an already completed exhibit must leave the current published projection intact until a new ready Cover and updated projection succeed, or require unpublishing if the owner deliberately removes the only valid Cover. Never replace it with a private signed URL.</w:t>
      </w:r>
    </w:p>
    <w:p>
      <w:pPr>
        <w:pStyle w:val="ListBullet"/>
        <w:keepLines/>
      </w:pPr>
      <w:r>
        <w:t>Personal v0.1 contains no ObsessOS-native Cover generation of any kind: no AI image provider, prompt flow, generation UI, or image-generation server function. Covers are created or obtained outside ObsessOS, then uploaded or selected from eligible associated image media. ObsessOS only handles upload, selection, crop, reposition, and processing.</w:t>
      </w:r>
    </w:p>
    <w:p>
      <w:pPr>
        <w:pStyle w:val="Heading3"/>
        <w:keepNext/>
        <w:keepLines/>
      </w:pPr>
      <w:r>
        <w:t>6.5 Result rules</w:t>
      </w:r>
    </w:p>
    <w:p>
      <w:pPr>
        <w:pStyle w:val="ListBullet"/>
        <w:keepLines/>
      </w:pPr>
      <w:r>
        <w:t>Zero or more Results. Each has a required Title, optional Description, and file/link/media content.</w:t>
      </w:r>
    </w:p>
    <w:p>
      <w:pPr>
        <w:pStyle w:val="ListBullet"/>
        <w:keepLines/>
      </w:pPr>
      <w:r>
        <w:t>No manual type/category selector. UI affordances may adapt based on attached content without storing a product classification.</w:t>
      </w:r>
    </w:p>
    <w:p>
      <w:pPr>
        <w:pStyle w:val="ListBullet"/>
        <w:keepLines/>
      </w:pPr>
      <w:r>
        <w:t>Results may be reordered. Removing one does not affect Outcome or Cover.</w:t>
      </w:r>
    </w:p>
    <w:p>
      <w:pPr>
        <w:pStyle w:val="ListBullet"/>
        <w:keepLines/>
      </w:pPr>
      <w:r>
        <w:t>Selecting a private attachment as a Result does not make the object public. Publish creates a sanitized copy and projection reference.</w:t>
      </w:r>
    </w:p>
    <w:p>
      <w:pPr>
        <w:pStyle w:val="Heading3"/>
        <w:keepNext/>
        <w:keepLines/>
      </w:pPr>
      <w:r>
        <w:t>6.6 Archive rules</w:t>
      </w:r>
    </w:p>
    <w:p>
      <w:pPr>
        <w:pStyle w:val="ListBullet"/>
        <w:keepLines/>
      </w:pPr>
      <w:r>
        <w:t>Archive is an owner-only object graph attached to every Obsession and opened from the Completed Obsession.</w:t>
      </w:r>
    </w:p>
    <w:p>
      <w:pPr>
        <w:pStyle w:val="ListBullet"/>
        <w:keepLines/>
      </w:pPr>
      <w:r>
        <w:t>It presents What You Started With as the automatically resolved frozen Brief, original Title/Question, freeform material, starting attachments, and relevant declared lineage; What You Preserved as deliberately added private raw/supporting material; and What Came Back as the automatically resolved canonical completed record plus any later private additions.</w:t>
      </w:r>
    </w:p>
    <w:p>
      <w:pPr>
        <w:pStyle w:val="ListBullet"/>
        <w:keepLines/>
      </w:pPr>
      <w:r>
        <w:t>Preserve adds material to What You Preserved. Optional Active Day contributions may also enter private Archive, but are not a core workflow requirement.</w:t>
      </w:r>
    </w:p>
    <w:p>
      <w:pPr>
        <w:pStyle w:val="ListBullet"/>
      </w:pPr>
      <w:r>
        <w:t>The human never uploads or preserves Outcome, Discoveries, Story, Results, Open Threads, Cover, or Exhibit/version metadata a second time merely to make XL complete.</w:t>
      </w:r>
    </w:p>
    <w:p>
      <w:pPr>
        <w:pStyle w:val="ListBullet"/>
        <w:keepLines/>
      </w:pPr>
      <w:r>
        <w:t>The Archive remains present when the exhibit is Private, Public, edited, or unpublished. It never appears in public HTML, JSON, storage, search, or previews.</w:t>
      </w:r>
    </w:p>
    <w:p>
      <w:pPr>
        <w:pStyle w:val="ListBullet"/>
        <w:keepLines/>
      </w:pPr>
      <w:r>
        <w:t>There is no Archive action that removes a Completed Obsession from History. Permanent deletion is a separate Settings/data-control process.</w:t>
      </w:r>
    </w:p>
    <w:p>
      <w:pPr>
        <w:pStyle w:val="Heading2"/>
        <w:keepNext/>
        <w:keepLines/>
      </w:pPr>
      <w:r>
        <w:t>7. Routes, navigation, screens, and components</w:t>
      </w:r>
    </w:p>
    <w:p>
      <w:pPr>
        <w:pStyle w:val="Heading3"/>
        <w:keepNext/>
        <w:keepLines/>
      </w:pPr>
      <w:r>
        <w:t>7.1 Application shells and primary navigation</w:t>
      </w:r>
    </w:p>
    <w:p>
      <w:pPr>
        <w:pStyle w:val="ListBullet"/>
        <w:keepLines/>
      </w:pPr>
      <w:r>
        <w:t>`PublicShell`: Welcome/sign-in, public profile, public exhibit. Never hydrates private payloads.</w:t>
      </w:r>
    </w:p>
    <w:p>
      <w:pPr>
        <w:pStyle w:val="ListBullet"/>
        <w:keepLines/>
      </w:pPr>
      <w:r>
        <w:t>`PrivateShell`: primary navigation in this exact order: Today / Possibilities / Schedule / History, plus a secondary account/settings menu.</w:t>
      </w:r>
    </w:p>
    <w:p>
      <w:pPr>
        <w:pStyle w:val="ListBullet"/>
        <w:keepLines/>
      </w:pPr>
      <w:r>
        <w:t>`CeremonyShell`: Begin confirmation and Finish preview with reduced chrome and restrained optional motion.</w:t>
      </w:r>
    </w:p>
    <w:p>
      <w:pPr>
        <w:pStyle w:val="ListBullet"/>
        <w:keepLines/>
      </w:pPr>
      <w:r>
        <w:t>`CloseoutShell`: Reflect / Show / Preserve / Finish labels, quiet autosave state, Back, Continue, and Exit/Resume. No percentage completion.</w:t>
      </w:r>
    </w:p>
    <w:p>
      <w:pPr>
        <w:pStyle w:val="Heading3"/>
        <w:keepNext/>
        <w:keepLines/>
      </w:pPr>
      <w:r>
        <w:t>7.2 Route inventory</w:t>
      </w:r>
    </w:p>
    <w:p>
      <w:pPr>
        <w:pStyle w:val="ListBullet"/>
        <w:keepLines/>
      </w:pPr>
      <w:r>
        <w:t>S01 Welcome / sign in — `/` and `/auth`.</w:t>
      </w:r>
    </w:p>
    <w:p>
      <w:pPr>
        <w:pStyle w:val="ListBullet"/>
        <w:keepLines/>
      </w:pPr>
      <w:r>
        <w:t>S02 Onboarding — `/onboarding`.</w:t>
      </w:r>
    </w:p>
    <w:p>
      <w:pPr>
        <w:pStyle w:val="ListBullet"/>
        <w:keepLines/>
      </w:pPr>
      <w:r>
        <w:t>S03 Today — `/today`: today’s single scheduled intention, Begin/resume, quiet Unfinished access, quick Possibility capture. No dashboard grid.</w:t>
      </w:r>
    </w:p>
    <w:p>
      <w:pPr>
        <w:pStyle w:val="ListBullet"/>
        <w:keepLines/>
      </w:pPr>
      <w:r>
        <w:t>S04 Possibilities — `/possibilities`: quiet collection of unscheduled questions; create and open. Opening a Possibility navigates to S05. No item-specific Edit, Give it a day, or Let it go controls appear directly on S04.</w:t>
      </w:r>
    </w:p>
    <w:p>
      <w:pPr>
        <w:pStyle w:val="ListBullet"/>
        <w:keepLines/>
      </w:pPr>
      <w:r>
        <w:t>S05 Possibility — `/possibilities/:id`: Question, one FreeformField, AttachmentManager, RelationshipPicker, Edit, Give it a day, and Let it go.</w:t>
      </w:r>
    </w:p>
    <w:p>
      <w:pPr>
        <w:pStyle w:val="ListBullet"/>
        <w:keepLines/>
      </w:pPr>
      <w:r>
        <w:t>S06 Schedule — `/schedule`: approximately 14 prominent local dates, at most one ScheduledPossibilityCard per date, replace/move/return controls, secondary ExtendedDateAction. Choosing an eligible empty date opens an unscheduled-Possibility chooser; selecting one invokes the protected scheduling operation directly, closes the chooser, remains on S06, and updates that day with the scheduled Question. Occupied scheduled dates and actual-Obsession dates do not open the empty-day chooser.</w:t>
      </w:r>
    </w:p>
    <w:p>
      <w:pPr>
        <w:pStyle w:val="ListBullet"/>
        <w:keepLines/>
      </w:pPr>
      <w:r>
        <w:t>S07 Give it a day — `/possibilities/:id/schedule`: unchanged Possibility-first path with NearTermDateChooser, occupied-date replacement confirmation, spacing warning, extended-date action, and the protected scheduling operation after date selection.</w:t>
      </w:r>
    </w:p>
    <w:p>
      <w:pPr>
        <w:pStyle w:val="ListBullet"/>
        <w:keepLines/>
      </w:pPr>
      <w:r>
        <w:t>S08 Brief — `/briefs/:id`: TitleField, QuestionField, one FreeformField, AttachmentManager, RelationshipPicker, AutosaveStatus, Begin action.</w:t>
      </w:r>
    </w:p>
    <w:p>
      <w:pPr>
        <w:pStyle w:val="ListBullet"/>
        <w:keepLines/>
      </w:pPr>
      <w:r>
        <w:t>S09 Begin confirmation — `/briefs/:id/begin`: frozen-preview summary, exact validation/recovery, deliberate Begin.</w:t>
      </w:r>
    </w:p>
    <w:p>
      <w:pPr>
        <w:pStyle w:val="ListBullet"/>
        <w:keepLines/>
      </w:pPr>
      <w:r>
        <w:t>S10 Active Day — `/obsessions/:id`: title, question, today label, frozen Brief, one primary Close Obsession action; optional unobtrusive Add to Archive may arrive in Slice C.</w:t>
      </w:r>
    </w:p>
    <w:p>
      <w:pPr>
        <w:pStyle w:val="ListBullet"/>
        <w:keepLines/>
      </w:pPr>
      <w:r>
        <w:t>S11 Reflect — `/obsessions/:id/closeout/reflect`: Outcome required; DiscoveryList with + Add Discovery, reorder, and remove; Story optional.</w:t>
      </w:r>
    </w:p>
    <w:p>
      <w:pPr>
        <w:pStyle w:val="ListBullet"/>
        <w:keepLines/>
      </w:pPr>
      <w:r>
        <w:t>S12 Show — `/obsessions/:id/closeout/show`: ResultComposer, ordered OpenThreadList with explicit Save as Possibility per item, required external-image CoverPicker/Cropper, validation summary.</w:t>
      </w:r>
    </w:p>
    <w:p>
      <w:pPr>
        <w:pStyle w:val="ListBullet"/>
        <w:keepLines/>
      </w:pPr>
      <w:r>
        <w:t>S13 Preserve — `/obsessions/:id/closeout/preserve`: private Archive organizer focused on What You Preserved; show the automatically composed What You Started With read-only and the automatically composed canonical What Came Back read-only, while allowing later additional private What Came Back items.</w:t>
      </w:r>
    </w:p>
    <w:p>
      <w:pPr>
        <w:pStyle w:val="ListBullet"/>
        <w:keepLines/>
      </w:pPr>
      <w:r>
        <w:t>S14 Finish — `/obsessions/:id/closeout/finish`: full finished-exhibit preview, Private default/Public explicit choice, missing-requirements summary, Finish.</w:t>
      </w:r>
    </w:p>
    <w:p>
      <w:pPr>
        <w:pStyle w:val="ListBullet"/>
        <w:keepLines/>
      </w:pPr>
      <w:r>
        <w:t>S15 Finished Exhibit — `/history/:id`: same-exhibit S/M/L progressive presentation, visibility control, Edit, Open Archive.</w:t>
      </w:r>
    </w:p>
    <w:p>
      <w:pPr>
        <w:pStyle w:val="ListBullet"/>
        <w:keepLines/>
      </w:pPr>
      <w:r>
        <w:t>S16 Edit Exhibit — `/history/:id/edit`: editable presentation fields, Results, Open Threads, Cover, draft/update behavior; frozen Brief/date read-only.</w:t>
      </w:r>
    </w:p>
    <w:p>
      <w:pPr>
        <w:pStyle w:val="ListBullet"/>
        <w:keepLines/>
      </w:pPr>
      <w:r>
        <w:t>S17 History / Gallery — `/history`: Completed-day cards led by Cover, Title, historical date, and a short Outcome excerpt; original Question may appear secondarily. Authored-text search; no lifecycle-removal filter or metrics.</w:t>
      </w:r>
    </w:p>
    <w:p>
      <w:pPr>
        <w:pStyle w:val="ListBullet"/>
        <w:keepLines/>
      </w:pPr>
      <w:r>
        <w:t>S18 Unfinished — `/unfinished`: quiet list of active/closeout records and Resume.</w:t>
      </w:r>
    </w:p>
    <w:p>
      <w:pPr>
        <w:pStyle w:val="ListBullet"/>
        <w:keepLines/>
      </w:pPr>
      <w:r>
        <w:t>S19 Archive — `/history/:id/archive`: owner-only What You Started With / What You Preserved / What Came Back.</w:t>
      </w:r>
    </w:p>
    <w:p>
      <w:pPr>
        <w:pStyle w:val="ListBullet"/>
        <w:keepLines/>
      </w:pPr>
      <w:r>
        <w:t>S20 Public profile — `/@/:handle`: minimal identity and public exhibits.</w:t>
      </w:r>
    </w:p>
    <w:p>
      <w:pPr>
        <w:pStyle w:val="ListBullet"/>
        <w:keepLines/>
      </w:pPr>
      <w:r>
        <w:t>S21 Public exhibit — `/@/:handle/:slug`: whole finished exhibit with S/M/L responsive depths, never Archive.</w:t>
      </w:r>
    </w:p>
    <w:p>
      <w:pPr>
        <w:pStyle w:val="ListBullet"/>
        <w:keepLines/>
      </w:pPr>
      <w:r>
        <w:t>S22 Settings — `/settings`: profile, time zone, public identity, privacy, export, and deliberate deletion controls.</w:t>
      </w:r>
    </w:p>
    <w:p>
      <w:pPr>
        <w:pStyle w:val="Heading3"/>
        <w:keepNext/>
        <w:keepLines/>
      </w:pPr>
      <w:r>
        <w:t>7.3 Key reusable components</w:t>
      </w:r>
    </w:p>
    <w:p>
      <w:pPr>
        <w:pStyle w:val="ListBullet"/>
        <w:keepLines/>
      </w:pPr>
      <w:r>
        <w:t>`AutosaveField`, `AutosaveStatus`, `ConflictRecoverySheet`, `OfflineDraftGuard`.</w:t>
      </w:r>
    </w:p>
    <w:p>
      <w:pPr>
        <w:pStyle w:val="ListBullet"/>
        <w:keepLines/>
      </w:pPr>
      <w:r>
        <w:t>`QuestionField`, `TitleField`, `FreeformField`, `AttachmentManager`.</w:t>
      </w:r>
    </w:p>
    <w:p>
      <w:pPr>
        <w:pStyle w:val="ListBullet"/>
        <w:keepLines/>
      </w:pPr>
      <w:r>
        <w:t>`NearTermSchedule`, `ScheduledPossibilityCard`, `UnscheduledPossibilityChooser`, `OccupiedDateDialog`, `ExtendedDateAction`, `TimeZoneConfirmationSheet`.</w:t>
      </w:r>
    </w:p>
    <w:p>
      <w:pPr>
        <w:pStyle w:val="ListBullet"/>
        <w:keepLines/>
      </w:pPr>
      <w:r>
        <w:t>`RelationshipPicker`, `SpacingRuleNotice`, `BeginGate`, `BeginConfirmation`, `LetItGoAction`.</w:t>
      </w:r>
    </w:p>
    <w:p>
      <w:pPr>
        <w:pStyle w:val="ListBullet"/>
        <w:keepLines/>
      </w:pPr>
      <w:r>
        <w:t>`FrozenBriefPanel`, `ResumeStrip`, `CloseObsessionAction`.</w:t>
      </w:r>
    </w:p>
    <w:p>
      <w:pPr>
        <w:pStyle w:val="ListBullet"/>
        <w:keepLines/>
      </w:pPr>
      <w:r>
        <w:t>`CloseoutStepper`, `OutcomeField`, `DiscoveryList`, `DiscoveryItemEditor`, `StoryField`, `OpenThreadList`, `OpenThreadItemEditor`, `SaveAsPossibilityAction`.</w:t>
      </w:r>
    </w:p>
    <w:p>
      <w:pPr>
        <w:pStyle w:val="ListBullet"/>
        <w:keepLines/>
      </w:pPr>
      <w:r>
        <w:t>`ResultComposer`, `ResultItemEditor`, `CoverPicker` (upload/eligible-image selection only), `CoverCropper`, `CoverReadiness`.</w:t>
      </w:r>
    </w:p>
    <w:p>
      <w:pPr>
        <w:pStyle w:val="ListBullet"/>
        <w:keepLines/>
      </w:pPr>
      <w:r>
        <w:t>`ArchiveSection`, `ArchiveItemManager`, `CanonicalBeforeComposition`, `CanonicalAfterComposition`.</w:t>
      </w:r>
    </w:p>
    <w:p>
      <w:pPr>
        <w:pStyle w:val="ListBullet"/>
        <w:keepLines/>
      </w:pPr>
      <w:r>
        <w:t>`FinishedExhibit`, `ExhibitDepthS`, `ExhibitDepthM`, `ExhibitDepthL`, `HistoryCard`.</w:t>
      </w:r>
    </w:p>
    <w:p>
      <w:pPr>
        <w:pStyle w:val="ListBullet"/>
        <w:keepLines/>
      </w:pPr>
      <w:r>
        <w:t>`VisibilityChoice`, `PublishReview`, `PublicAssetStatus`.</w:t>
      </w:r>
    </w:p>
    <w:p>
      <w:pPr>
        <w:pStyle w:val="Heading2"/>
        <w:keepNext/>
        <w:keepLines/>
      </w:pPr>
      <w:r>
        <w:t>8. State transitions and server operations</w:t>
      </w:r>
    </w:p>
    <w:p>
      <w:pPr>
        <w:pStyle w:val="Heading3"/>
        <w:keepNext/>
        <w:keepLines/>
      </w:pPr>
      <w:r>
        <w:t>8.1 Scheduling operations</w:t>
      </w:r>
    </w:p>
    <w:p>
      <w:r/>
      <w:r>
        <w:rPr>
          <w:rFonts w:ascii="Consolas" w:hAnsi="Consolas"/>
          <w:color w:val="46525C"/>
          <w:sz w:val="18"/>
        </w:rPr>
        <w:t>schedule_possibility(possibility_id, target_date, replacement_action?, idempotency_key)</w:t>
      </w:r>
      <w:r>
        <w:t>:</w:t>
      </w:r>
    </w:p>
    <w:p>
      <w:r>
        <w:t>Both canonical entry paths invoke this same protected operation: S05 → S07 → schedule_possibility for Possibility-first scheduling, and S06 eligible empty date → unscheduled-Possibility chooser → schedule_possibility directly for day-first scheduling. The S06 path must not route through S07 after both the day and Possibility have been deliberately selected.</w:t>
      </w:r>
    </w:p>
    <w:p>
      <w:r>
        <w:t>For the S06 path, a `TIME_ZONE_CONFIRMATION_REQUIRED` response opens the existing confirmation flow and preserves the pending Possibility/date attempt. After deliberate confirmation, resume that same pending scheduling attempt. Relationship spacing, actual-Obsession locks, and every other canonical rejection use the existing typed rejection/recovery behavior on S06; S07 is not used merely to perform validation.</w:t>
      </w:r>
    </w:p>
    <w:p>
      <w:r>
        <w:t>After a successful S06 day-first commit, close the chooser, remain on S06, and refresh or update the selected day so it displays the newly scheduled Question.</w:t>
      </w:r>
    </w:p>
    <w:p>
      <w:pPr>
        <w:pStyle w:val="ListNumber"/>
        <w:keepLines/>
        <w:numPr>
          <w:ilvl w:val="0"/>
          <w:numId w:val="12"/>
        </w:numPr>
      </w:pPr>
      <w:r>
        <w:t>Authenticate owner and lock the source Possibility. Require an authoritative human-confirmed profile IANA zone before interpreting or committing `target_date`; otherwise return `TIME_ZONE_CONFIRMATION_REQUIRED`. Then lock the owner/date scheduling key.</w:t>
      </w:r>
    </w:p>
    <w:p>
      <w:pPr>
        <w:pStyle w:val="ListNumber"/>
        <w:keepLines/>
        <w:numPr>
          <w:ilvl w:val="0"/>
          <w:numId w:val="12"/>
        </w:numPr>
      </w:pPr>
      <w:r>
        <w:t>Validate source state and local-date payload using the server instant + confirmed profile zone. Browser-detected zone may be returned as a quiet mismatch/reconfirmation signal but never supplies date authority.</w:t>
      </w:r>
    </w:p>
    <w:p>
      <w:pPr>
        <w:pStyle w:val="ListNumber"/>
        <w:keepLines/>
        <w:numPr>
          <w:ilvl w:val="0"/>
          <w:numId w:val="12"/>
        </w:numPr>
      </w:pPr>
      <w:r>
        <w:t>Check declared relationship against the immediately preceding Obsession Day, and reject a target date already locked by an actual Obsession in any lifecycle state.</w:t>
      </w:r>
    </w:p>
    <w:p>
      <w:pPr>
        <w:pStyle w:val="ListNumber"/>
        <w:keepLines/>
        <w:numPr>
          <w:ilvl w:val="0"/>
          <w:numId w:val="12"/>
        </w:numPr>
      </w:pPr>
      <w:r>
        <w:t>If the date is unoccupied, set source to `scheduled` and commit.</w:t>
      </w:r>
    </w:p>
    <w:p>
      <w:pPr>
        <w:pStyle w:val="ListNumber"/>
        <w:keepLines/>
        <w:numPr>
          <w:ilvl w:val="0"/>
          <w:numId w:val="12"/>
        </w:numPr>
      </w:pPr>
      <w:r>
        <w:t>If occupied, return a typed `DATE_OCCUPIED` response naming the existing intention; do not auto-replace.</w:t>
      </w:r>
    </w:p>
    <w:p>
      <w:pPr>
        <w:pStyle w:val="ListNumber"/>
        <w:keepLines/>
        <w:numPr>
          <w:ilvl w:val="0"/>
          <w:numId w:val="12"/>
        </w:numPr>
      </w:pPr>
      <w:r>
        <w:t>On explicit replace, atomically return the existing record to `unscheduled` and schedule the source. The unique partial index is the final concurrency guard.</w:t>
      </w:r>
    </w:p>
    <w:p>
      <w:r>
        <w:t>move_scheduled_possibility, Give it Today, and every operation that creates or interprets a local scheduled date apply the same confirmed-zone check and return `TIME_ZONE_CONFIRMATION_REQUIRED` before committing when confirmation is absent. return_to_possibilities clears the date and preserves the Possibility and Brief draft. None of these operations may act after conversion/Begin.</w:t>
      </w:r>
    </w:p>
    <w:p>
      <w:pPr>
        <w:pStyle w:val="Heading3"/>
        <w:keepNext/>
        <w:keepLines/>
      </w:pPr>
      <w:r>
        <w:t>8.2 Brief autosave</w:t>
      </w:r>
    </w:p>
    <w:p>
      <w:r>
        <w:t xml:space="preserve">Autosave debounces field changes, sends </w:t>
      </w:r>
      <w:r>
        <w:rPr>
          <w:rFonts w:ascii="Consolas" w:hAnsi="Consolas"/>
          <w:color w:val="46525C"/>
          <w:sz w:val="18"/>
        </w:rPr>
        <w:t>expected_row_version</w:t>
      </w:r>
      <w:r>
        <w:t xml:space="preserve">, inserts an immutable </w:t>
      </w:r>
      <w:r>
        <w:rPr>
          <w:rFonts w:ascii="Consolas" w:hAnsi="Consolas"/>
          <w:color w:val="46525C"/>
          <w:sz w:val="18"/>
        </w:rPr>
        <w:t>brief_version</w:t>
      </w:r>
      <w:r>
        <w:t xml:space="preserve">, advances </w:t>
      </w:r>
      <w:r>
        <w:rPr>
          <w:rFonts w:ascii="Consolas" w:hAnsi="Consolas"/>
          <w:color w:val="46525C"/>
          <w:sz w:val="18"/>
        </w:rPr>
        <w:t>current_version_id</w:t>
      </w:r>
      <w:r>
        <w:t>, and returns the new version. A conflict preserves both drafts and asks the user to choose/merge without silent overwrite. Begin stays disabled while local changes are unsaved or a conflict is unresolved.</w:t>
      </w:r>
    </w:p>
    <w:p>
      <w:pPr>
        <w:pStyle w:val="Heading3"/>
      </w:pPr>
      <w:r>
        <w:t>8.3 Relationship creation</w:t>
      </w:r>
    </w:p>
    <w:p>
      <w:pPr/>
      <w:r>
        <w:t>`create_relationship(source_type, source_id, target_obsession_id, idempotency_key)` authenticates the owner, validates permitted endpoints and the deliberate picker submission, and inserts the normalized relationship with `declaration_action = relationship_picker`. The server accepts no caller-supplied alternative declaration action; the database enum/check constraint is final authority. Retries return the same relationship.</w:t>
      </w:r>
    </w:p>
    <w:p>
      <w:pPr/>
      <w:r>
        <w:t>Both valid declaration actions invoke the same normal relationship semantics and next-day restriction. No AI, similarity process, recommendation, or autonomous system may call either creation path.</w:t>
      </w:r>
    </w:p>
    <w:p>
      <w:pPr>
        <w:pStyle w:val="Heading3"/>
        <w:keepNext/>
        <w:keepLines/>
      </w:pPr>
      <w:r>
        <w:t>8.4 Begin Obsession</w:t>
      </w:r>
    </w:p>
    <w:p>
      <w:r>
        <w:t>begin_obsession(brief_id, client_zone, idempotency_key) runs as one server transaction; `client_zone` is only a mismatch/reconfirmation signal, never date authority:</w:t>
      </w:r>
    </w:p>
    <w:p>
      <w:pPr>
        <w:pStyle w:val="ListNumber"/>
        <w:keepLines/>
        <w:numPr>
          <w:ilvl w:val="0"/>
          <w:numId w:val="13"/>
        </w:numPr>
      </w:pPr>
      <w:r>
        <w:t>Authenticate the owner and lock the Brief, source Possibility, current Brief Version, and relevant schedule state.</w:t>
      </w:r>
    </w:p>
    <w:p>
      <w:pPr>
        <w:pStyle w:val="ListNumber"/>
      </w:pPr>
      <w:r>
        <w:t>Verify that a human-confirmed account/profile IANA time zone exists. If absent, return `TIME_ZONE_CONFIRMATION_REQUIRED` without mutation.</w:t>
      </w:r>
    </w:p>
    <w:p>
      <w:pPr>
        <w:pStyle w:val="ListNumber"/>
        <w:keepLines/>
        <w:numPr>
          <w:ilvl w:val="0"/>
          <w:numId w:val="13"/>
        </w:numPr>
      </w:pPr>
      <w:r>
        <w:t>Capture one authoritative server instant.</w:t>
      </w:r>
    </w:p>
    <w:p>
      <w:pPr>
        <w:pStyle w:val="ListNumber"/>
        <w:keepLines/>
        <w:numPr>
          <w:ilvl w:val="0"/>
          <w:numId w:val="13"/>
        </w:numPr>
      </w:pPr>
      <w:r>
        <w:t>Resolve `resolved_today` from that server instant plus the confirmed profile IANA zone.</w:t>
      </w:r>
    </w:p>
    <w:p>
      <w:pPr>
        <w:pStyle w:val="ListNumber"/>
        <w:keepLines/>
        <w:numPr>
          <w:ilvl w:val="0"/>
          <w:numId w:val="13"/>
        </w:numPr>
      </w:pPr>
      <w:r>
        <w:t>Treat `client_zone` only as a mismatch/reconfirmation signal; it never determines `resolved_today` and never silently replaces the confirmed zone.</w:t>
      </w:r>
    </w:p>
    <w:p>
      <w:pPr>
        <w:pStyle w:val="ListNumber"/>
        <w:keepLines/>
        <w:numPr>
          <w:ilvl w:val="0"/>
          <w:numId w:val="13"/>
        </w:numPr>
      </w:pPr>
      <w:r>
        <w:t>Lock/check the `(user_id, resolved_today)` Obsession/day key. If an Obsession exists, return `DAY_ALREADY_BEGUN`; `UNIQUE (user_id, obsession_day)` remains final concurrency authority.</w:t>
      </w:r>
    </w:p>
    <w:p>
      <w:pPr>
        <w:pStyle w:val="ListNumber"/>
        <w:keepLines/>
        <w:numPr>
          <w:ilvl w:val="0"/>
          <w:numId w:val="13"/>
        </w:numPr>
      </w:pPr>
      <w:r>
        <w:t>Validate ownership, persisted Brief Title + Question, and a saved, conflict-free current state.</w:t>
      </w:r>
    </w:p>
    <w:p>
      <w:pPr>
        <w:pStyle w:val="ListNumber"/>
        <w:keepLines/>
        <w:numPr>
          <w:ilvl w:val="0"/>
          <w:numId w:val="13"/>
        </w:numPr>
      </w:pPr>
      <w:r>
        <w:t>Require the source Possibility to remain `scheduled`.</w:t>
      </w:r>
    </w:p>
    <w:p>
      <w:pPr>
        <w:pStyle w:val="ListNumber"/>
        <w:keepLines/>
        <w:numPr>
          <w:ilvl w:val="0"/>
          <w:numId w:val="13"/>
        </w:numPr>
      </w:pPr>
      <w:r>
        <w:t>Require `scheduled_date = resolved_today`; otherwise return `SCHEDULED_DATE_MISMATCH` with Reschedule / Give it Today recovery.</w:t>
      </w:r>
    </w:p>
    <w:p>
      <w:pPr>
        <w:pStyle w:val="ListNumber"/>
        <w:keepLines/>
        <w:numPr>
          <w:ilvl w:val="0"/>
          <w:numId w:val="13"/>
        </w:numPr>
      </w:pPr>
      <w:r>
        <w:t>Revalidate the human-declared relationship spacing rule against the immediately preceding Obsession Day.</w:t>
      </w:r>
    </w:p>
    <w:p>
      <w:pPr>
        <w:pStyle w:val="ListNumber"/>
        <w:keepLines/>
        <w:numPr>
          <w:ilvl w:val="0"/>
          <w:numId w:val="13"/>
        </w:numPr>
      </w:pPr>
      <w:r>
        <w:t>Freeze the exact current Brief Version and attachment membership.</w:t>
      </w:r>
    </w:p>
    <w:p>
      <w:pPr>
        <w:pStyle w:val="ListNumber"/>
        <w:keepLines/>
        <w:numPr>
          <w:ilvl w:val="0"/>
          <w:numId w:val="13"/>
        </w:numPr>
      </w:pPr>
      <w:r>
        <w:t>Create exactly one Obsession with immutable resolved date, confirmed zone, server instant, and frozen snapshot.</w:t>
      </w:r>
    </w:p>
    <w:p>
      <w:pPr>
        <w:pStyle w:val="ListNumber"/>
        <w:keepLines/>
        <w:numPr>
          <w:ilvl w:val="0"/>
          <w:numId w:val="13"/>
        </w:numPr>
      </w:pPr>
      <w:r>
        <w:t>Create or attach its private Archive.</w:t>
      </w:r>
    </w:p>
    <w:p>
      <w:pPr>
        <w:pStyle w:val="ListNumber"/>
        <w:keepLines/>
        <w:numPr>
          <w:ilvl w:val="0"/>
          <w:numId w:val="13"/>
        </w:numPr>
      </w:pPr>
      <w:r>
        <w:t>Convert the source Possibility exactly once.</w:t>
      </w:r>
    </w:p>
    <w:p>
      <w:pPr>
        <w:pStyle w:val="ListNumber"/>
        <w:keepLines/>
        <w:numPr>
          <w:ilvl w:val="0"/>
          <w:numId w:val="13"/>
        </w:numPr>
      </w:pPr>
      <w:r>
        <w:t>Record the idempotency receipt and transition event; a retry returns the same Obsession.</w:t>
      </w:r>
    </w:p>
    <w:p>
      <w:pPr/>
      <w:r>
        <w:t>`save_open_thread_as_possibility(open_thread_id, idempotency_key)` is a deliberate human action. It validates owner and source Obsession, then in one atomic transaction creates one unscheduled Possibility from the Open Thread question/text and records both the unique link and the person’s explicit relationship to the source Obsession with `declaration_action = open_thread_save_as_possibility`. The operation does not accept another declaration action. Retries return the same Possibility. This is not inference, recommendation, or autonomous relationship creation; the declared lineage invokes the same normal relationship semantics and automatically makes tomorrow ineligible under the normal spacing rule, while nothing is scheduled automatically.</w:t>
      </w:r>
    </w:p>
    <w:p>
      <w:pPr>
        <w:pStyle w:val="ListBullet"/>
      </w:pPr>
      <w:r>
        <w:t>Any validation or uniqueness failure rolls back the transaction and returns a typed recovery state. Competing valid keys still produce one conversion/Obsession.</w:t>
      </w:r>
    </w:p>
    <w:p>
      <w:pPr>
        <w:pStyle w:val="Heading3"/>
        <w:keepNext/>
        <w:keepLines/>
      </w:pPr>
      <w:r>
        <w:t>8.5 Closeout progression</w:t>
      </w:r>
    </w:p>
    <w:p>
      <w:pPr>
        <w:pStyle w:val="ListBullet"/>
        <w:keepLines/>
      </w:pPr>
      <w:r>
        <w:t>`start_closeout` creates/reuses the Closeout and changes Obsession `active → closeout`.</w:t>
      </w:r>
    </w:p>
    <w:p>
      <w:pPr>
        <w:pStyle w:val="ListBullet"/>
        <w:keepLines/>
      </w:pPr>
      <w:r>
        <w:t>Reflect may continue only when Outcome has persisted; zero or more discrete Discoveries and optional Story never block. Discovery add/edit/reorder/remove autosaves with optimistic concurrency and resumes exactly.</w:t>
      </w:r>
    </w:p>
    <w:p>
      <w:pPr>
        <w:pStyle w:val="ListBullet"/>
        <w:keepLines/>
      </w:pPr>
      <w:r>
        <w:t>Show autosaves Results, discrete ordered Open Threads, and Cover configuration. Save as Possibility is explicit and idempotent per Open Thread. Show may be left and resumed even when Cover is missing or processing.</w:t>
      </w:r>
    </w:p>
    <w:p>
      <w:pPr>
        <w:pStyle w:val="ListBullet"/>
        <w:keepLines/>
      </w:pPr>
      <w:r>
        <w:t>Preserve is always private and may be passed with zero newly added items.</w:t>
      </w:r>
    </w:p>
    <w:p>
      <w:pPr>
        <w:pStyle w:val="ListBullet"/>
        <w:keepLines/>
      </w:pPr>
      <w:r>
        <w:t>Finish preview is accessible only when Outcome is persisted and Cover status is `ready`; it shows the whole exhibit before asking visibility.</w:t>
      </w:r>
    </w:p>
    <w:p>
      <w:pPr>
        <w:pStyle w:val="ListBullet"/>
        <w:keepLines/>
      </w:pPr>
      <w:r>
        <w:t>`finish_obsession` revalidates Outcome, ready Cover, valid Results, visibility, ownership, and saved state; creates one Exhibit/version; sets default/private or explicitly public intent; stamps completion; and returns one resource idempotently.</w:t>
      </w:r>
    </w:p>
    <w:p>
      <w:pPr>
        <w:pStyle w:val="ListBullet"/>
        <w:keepLines/>
      </w:pPr>
      <w:r>
        <w:t>If Public was chosen, finishing may either call the publish operation after the private Exhibit commits or finish Private and show a recoverable publish failure. A publication failure must never roll back the valid private completion or leak assets.</w:t>
      </w:r>
    </w:p>
    <w:p>
      <w:pPr>
        <w:pStyle w:val="Heading3"/>
        <w:keepNext/>
        <w:keepLines/>
      </w:pPr>
      <w:r>
        <w:t>8.6 Publishing</w:t>
      </w:r>
    </w:p>
    <w:p>
      <w:r/>
      <w:r>
        <w:rPr>
          <w:rFonts w:ascii="Consolas" w:hAnsi="Consolas"/>
          <w:color w:val="46525C"/>
          <w:sz w:val="18"/>
        </w:rPr>
        <w:t>publish_exhibit(exhibit_id, version_id, idempotency_key)</w:t>
      </w:r>
      <w:r>
        <w:t>:</w:t>
      </w:r>
    </w:p>
    <w:p>
      <w:pPr>
        <w:pStyle w:val="ListNumber"/>
        <w:keepLines/>
        <w:numPr>
          <w:ilvl w:val="0"/>
          <w:numId w:val="14"/>
        </w:numPr>
      </w:pPr>
      <w:r>
        <w:t>Validate owner, finished state, ready Cover, and minimal public identity.</w:t>
      </w:r>
    </w:p>
    <w:p>
      <w:pPr>
        <w:pStyle w:val="ListNumber"/>
        <w:keepLines/>
        <w:numPr>
          <w:ilvl w:val="0"/>
          <w:numId w:val="14"/>
        </w:numPr>
      </w:pPr>
      <w:r>
        <w:t>Copy/sanitize the Cover and selected Result assets into public storage with new keys.</w:t>
      </w:r>
    </w:p>
    <w:p>
      <w:pPr>
        <w:pStyle w:val="ListNumber"/>
        <w:keepLines/>
        <w:numPr>
          <w:ilvl w:val="0"/>
          <w:numId w:val="14"/>
        </w:numPr>
      </w:pPr>
      <w:r>
        <w:t>Construct a strict whole-exhibit allow-list; reject unknown fields.</w:t>
      </w:r>
    </w:p>
    <w:p>
      <w:pPr>
        <w:pStyle w:val="ListNumber"/>
        <w:keepLines/>
        <w:numPr>
          <w:ilvl w:val="0"/>
          <w:numId w:val="14"/>
        </w:numPr>
      </w:pPr>
      <w:r>
        <w:t>Atomically create/replace `public_exhibits`, then set Exhibit visibility `public`.</w:t>
      </w:r>
    </w:p>
    <w:p>
      <w:pPr>
        <w:pStyle w:val="ListNumber"/>
        <w:keepLines/>
        <w:numPr>
          <w:ilvl w:val="0"/>
          <w:numId w:val="14"/>
        </w:numPr>
      </w:pPr>
      <w:r>
        <w:t>Public routes read only the projection. Failed updates preserve the previous public version and the private draft.</w:t>
      </w:r>
    </w:p>
    <w:p>
      <w:r/>
      <w:r>
        <w:rPr>
          <w:rFonts w:ascii="Consolas" w:hAnsi="Consolas"/>
          <w:color w:val="46525C"/>
          <w:sz w:val="18"/>
        </w:rPr>
        <w:t>unpublish_exhibit</w:t>
      </w:r>
      <w:r>
        <w:t xml:space="preserve"> removes/revokes the projection before returning success and sets visibility Private. It does not affect the Archive.</w:t>
      </w:r>
    </w:p>
    <w:p>
      <w:pPr>
        <w:pStyle w:val="Heading2"/>
        <w:keepNext/>
        <w:keepLines/>
      </w:pPr>
      <w:r>
        <w:t>9. Possibility → Schedule → Brief → Begin behavior</w:t>
      </w:r>
    </w:p>
    <w:p>
      <w:pPr>
        <w:pStyle w:val="ListBullet"/>
        <w:keepLines/>
      </w:pPr>
      <w:r>
        <w:t>Creating, editing, and keeping a Possibility requires only Question. Freeform text and attachments are optional; display name and confirmed time zone are not required.</w:t>
      </w:r>
    </w:p>
    <w:p>
      <w:pPr>
        <w:pStyle w:val="ListBullet"/>
        <w:keepLines/>
      </w:pPr>
      <w:r>
        <w:t>The ordinary removal action is labeled “Let it go” on S05, individual Possibility detail, and any ordinary confirmation that invokes it; it does not appear directly on S04 cards/items. It removes the Possibility from the active collection without failure, overdue, or abandonment meaning; internal `removed` / `removed_at` fields may implement it.</w:t>
      </w:r>
    </w:p>
    <w:p>
      <w:pPr>
        <w:pStyle w:val="ListBullet"/>
        <w:keepLines/>
      </w:pPr>
      <w:r>
        <w:t>Let it go is distinct from deliberate permanent deletion in Settings/data controls. No ordinary Possibility UI labels this action Delete, Remove, Cancel, Failed, or Abandon.</w:t>
      </w:r>
    </w:p>
    <w:p>
      <w:pPr>
        <w:pStyle w:val="ListBullet"/>
        <w:keepLines/>
      </w:pPr>
      <w:r>
        <w:t>Giving it a day creates one current intention for that date. Occupied dates show the existing intention and explicit Replace, Move, or Return paths.</w:t>
      </w:r>
    </w:p>
    <w:p>
      <w:pPr>
        <w:pStyle w:val="ListBullet"/>
        <w:keepLines/>
      </w:pPr>
      <w:r>
        <w:t>Scheduling has two symmetric entry paths. Possibility-first is S05 → S07 → the protected scheduling operation. Day-first is an eligible empty day on S06 → an unscheduled-Possibility chooser → the same protected scheduling operation directly. Dismissing the S06 chooser changes nothing; a successful selection stays on S06 and shows the scheduled Question on that day.</w:t>
      </w:r>
    </w:p>
    <w:p>
      <w:pPr>
        <w:pStyle w:val="ListBullet"/>
        <w:keepLines/>
      </w:pPr>
      <w:r>
        <w:t>The S06 empty-day chooser lists only unscheduled Possibilities. It does not open for an occupied scheduled date or a date locked by an actual Obsession, and it never routes through S07 after the date and Possibility are selected.</w:t>
      </w:r>
    </w:p>
    <w:p>
      <w:pPr>
        <w:pStyle w:val="ListBullet"/>
        <w:keepLines/>
      </w:pPr>
      <w:r>
        <w:t>Schedule emphasizes approximately 14 days; extended scheduling is secondary but supported.</w:t>
      </w:r>
    </w:p>
    <w:p>
      <w:pPr>
        <w:pStyle w:val="ListBullet"/>
        <w:keepLines/>
      </w:pPr>
      <w:r>
        <w:t>Missed dates say “Not begun,” never overdue. The user may move or return the item.</w:t>
      </w:r>
    </w:p>
    <w:p>
      <w:pPr>
        <w:pStyle w:val="ListBullet"/>
        <w:keepLines/>
      </w:pPr>
      <w:r>
        <w:t>The Brief carries Question, freeform text, and attachments from the Possibility. Title must be supplied before Begin; Question remains editable until Begin.</w:t>
      </w:r>
    </w:p>
    <w:p>
      <w:pPr>
        <w:pStyle w:val="ListBullet"/>
        <w:keepLines/>
      </w:pPr>
      <w:r>
        <w:t>The Brief never asks for Starting Point, Pull, Explore, separate Context, definition of done, expected output, or task breakdown.</w:t>
      </w:r>
    </w:p>
    <w:p>
      <w:pPr>
        <w:pStyle w:val="ListBullet"/>
        <w:keepLines/>
      </w:pPr>
      <w:r>
        <w:t>Scheduling validation is helpful but Begin validation is authoritative.</w:t>
      </w:r>
    </w:p>
    <w:p>
      <w:pPr>
        <w:pStyle w:val="Heading2"/>
        <w:keepNext/>
        <w:keepLines/>
      </w:pPr>
      <w:r>
        <w:t>10. Human-declared relationships and next-day restriction</w:t>
      </w:r>
    </w:p>
    <w:p>
      <w:pPr>
        <w:pStyle w:val="ListBullet"/>
        <w:keepLines/>
      </w:pPr>
      <w:r>
        <w:t>The picker searches human-authored prior records and never preselects, recommends, or infers.</w:t>
      </w:r>
    </w:p>
    <w:p>
      <w:pPr>
        <w:pStyle w:val="ListBullet"/>
        <w:keepLines/>
      </w:pPr>
      <w:r>
        <w:t>Similar text, shared files, same client, or same project has no effect without a declaration.</w:t>
      </w:r>
    </w:p>
    <w:p>
      <w:pPr>
        <w:pStyle w:val="ListBullet"/>
        <w:keepLines/>
      </w:pPr>
      <w:r>
        <w:t>At scheduling and Begin, compare declared targets only to `obsession_day = proposed_day - 1`.</w:t>
      </w:r>
    </w:p>
    <w:p>
      <w:pPr>
        <w:pStyle w:val="ListBullet"/>
        <w:keepLines/>
      </w:pPr>
      <w:r>
        <w:t>A match blocks Begin with the exact prior Obsession and offers reschedule, another Possibility, or correction/removal of the declaration. There is no silent override.</w:t>
      </w:r>
    </w:p>
    <w:p>
      <w:pPr>
        <w:pStyle w:val="ListBullet"/>
        <w:keepLines/>
      </w:pPr>
      <w:r>
        <w:t>After one intervening local date, Begin is allowed.</w:t>
      </w:r>
    </w:p>
    <w:p>
      <w:pPr>
        <w:pStyle w:val="ListBullet"/>
        <w:keepLines/>
      </w:pPr>
      <w:r>
        <w:t>Older active or incomplete records do not block merely because they are open.</w:t>
      </w:r>
    </w:p>
    <w:p>
      <w:pPr>
        <w:pStyle w:val="ListBullet"/>
        <w:keepLines/>
      </w:pPr>
      <w:r>
        <w:t>Private Archive contents and exhibit visibility never change relationship validity; deleted endpoints are tombstoned.</w:t>
      </w:r>
    </w:p>
    <w:p>
      <w:pPr>
        <w:pStyle w:val="Heading2"/>
        <w:keepNext/>
        <w:keepLines/>
      </w:pPr>
      <w:r>
        <w:t>11. Active Day implementation</w:t>
      </w:r>
    </w:p>
    <w:p>
      <w:pPr>
        <w:pStyle w:val="ListBullet"/>
        <w:keepLines/>
      </w:pPr>
      <w:r>
        <w:t>Show title, question, “Today’s Obsession,” and the frozen Brief read-only.</w:t>
      </w:r>
    </w:p>
    <w:p>
      <w:pPr>
        <w:pStyle w:val="ListBullet"/>
        <w:keepLines/>
      </w:pPr>
      <w:r>
        <w:t>One primary action: Close Obsession.</w:t>
      </w:r>
    </w:p>
    <w:p>
      <w:pPr>
        <w:pStyle w:val="ListBullet"/>
        <w:keepLines/>
      </w:pPr>
      <w:r>
        <w:t>No task list, timer, elapsed time, progress, AI chat, performance prompt, required logging, or central capture composer.</w:t>
      </w:r>
    </w:p>
    <w:p>
      <w:pPr>
        <w:pStyle w:val="ListBullet"/>
        <w:keepLines/>
      </w:pPr>
      <w:r>
        <w:t>Optional Add to Archive may be introduced only as a quiet secondary action in Slice C. It writes private Archive material and never determines completion.</w:t>
      </w:r>
    </w:p>
    <w:p>
      <w:pPr>
        <w:pStyle w:val="ListBullet"/>
        <w:keepLines/>
      </w:pPr>
      <w:r>
        <w:t>Reopening returns to Active Day or the current Closeout step. Crossing midnight never mutates `obsession_day`.</w:t>
      </w:r>
    </w:p>
    <w:p>
      <w:pPr>
        <w:pStyle w:val="Heading2"/>
        <w:keepNext/>
        <w:keepLines/>
      </w:pPr>
      <w:r>
        <w:t>12. Closeout implementation</w:t>
      </w:r>
    </w:p>
    <w:p>
      <w:pPr>
        <w:pStyle w:val="Heading3"/>
        <w:keepNext/>
        <w:keepLines/>
      </w:pPr>
      <w:r>
        <w:t>12.1 Reflect</w:t>
      </w:r>
    </w:p>
    <w:p>
      <w:pPr>
        <w:pStyle w:val="ListBullet"/>
        <w:keepLines/>
      </w:pPr>
      <w:r>
        <w:t>Outcome is required and descriptive, not a success/failure field.</w:t>
      </w:r>
    </w:p>
    <w:p>
      <w:pPr>
        <w:pStyle w:val="ListBullet"/>
        <w:keepLines/>
      </w:pPr>
      <w:r>
        <w:t>Discoveries are optional discrete items: each has a required short Title, optional explanatory Body, and sort order. The UI provides + Add Discovery, reorder, and remove. Story is one separate optional freeform field.</w:t>
      </w:r>
    </w:p>
    <w:p>
      <w:pPr>
        <w:pStyle w:val="ListBullet"/>
        <w:keepLines/>
      </w:pPr>
      <w:r>
        <w:t>Autosave each field. Continue is disabled only until persisted Outcome exists.</w:t>
      </w:r>
    </w:p>
    <w:p>
      <w:pPr>
        <w:pStyle w:val="Heading3"/>
        <w:keepNext/>
        <w:keepLines/>
      </w:pPr>
      <w:r>
        <w:t>12.2 Show</w:t>
      </w:r>
    </w:p>
    <w:p>
      <w:pPr>
        <w:pStyle w:val="ListBullet"/>
        <w:keepLines/>
      </w:pPr>
      <w:r>
        <w:t>Results are optional structured items with required Title, optional Description, and file/link/media.</w:t>
      </w:r>
    </w:p>
    <w:p>
      <w:pPr>
        <w:pStyle w:val="ListBullet"/>
        <w:keepLines/>
      </w:pPr>
      <w:r>
        <w:t>Open Threads are optional discrete ordered items. They never create Possibilities automatically; each item offers Save as Possibility, which explicitly creates one unscheduled Possibility and its declared lineage to the source Obsession, idempotently.</w:t>
      </w:r>
    </w:p>
    <w:p>
      <w:pPr>
        <w:pStyle w:val="ListBullet"/>
        <w:keepLines/>
      </w:pPr>
      <w:r>
        <w:t>Cover is required: upload/select an image, crop it, and wait for `ready` status.</w:t>
      </w:r>
    </w:p>
    <w:p>
      <w:pPr>
        <w:pStyle w:val="ListBullet"/>
        <w:keepLines/>
      </w:pPr>
      <w:r>
        <w:t>A failed or missing Cover shows retry/replace/removal plus a clear completion blocker. Display fallback cannot clear the blocker.</w:t>
      </w:r>
    </w:p>
    <w:p>
      <w:pPr>
        <w:pStyle w:val="ListBullet"/>
        <w:keepLines/>
      </w:pPr>
      <w:r>
        <w:t>No Result type/category, preservation size, public size, or evidence grading.</w:t>
      </w:r>
    </w:p>
    <w:p>
      <w:pPr>
        <w:pStyle w:val="Heading3"/>
        <w:keepNext/>
        <w:keepLines/>
      </w:pPr>
      <w:r>
        <w:t>12.3 Preserve</w:t>
      </w:r>
    </w:p>
    <w:p>
      <w:pPr>
        <w:pStyle w:val="ListBullet"/>
        <w:keepLines/>
      </w:pPr>
      <w:r>
        <w:t>Presents the private Archive and lets the user retain raw/supporting files, captures, transcripts, links, or notes in What You Preserved.</w:t>
      </w:r>
    </w:p>
    <w:p>
      <w:pPr>
        <w:pStyle w:val="ListBullet"/>
        <w:keepLines/>
      </w:pPr>
      <w:r>
        <w:t>Shows the frozen What You Started With context without allowing its mutation.</w:t>
      </w:r>
    </w:p>
    <w:p>
      <w:pPr>
        <w:pStyle w:val="ListBullet"/>
        <w:keepLines/>
      </w:pPr>
      <w:r>
        <w:t>Does not ask the user to author Small, Medium, Large, or Extra Large versions and does not choose visibility.</w:t>
      </w:r>
    </w:p>
    <w:p>
      <w:pPr>
        <w:pStyle w:val="ListBullet"/>
        <w:keepLines/>
      </w:pPr>
      <w:r>
        <w:t>Adding nothing is valid; Continue remains available because Preserve is an opportunity, not a quota.</w:t>
      </w:r>
    </w:p>
    <w:p>
      <w:pPr>
        <w:pStyle w:val="Heading3"/>
        <w:keepNext/>
        <w:keepLines/>
      </w:pPr>
      <w:r>
        <w:t>12.4 Finish</w:t>
      </w:r>
    </w:p>
    <w:p>
      <w:pPr>
        <w:pStyle w:val="ListBullet"/>
        <w:keepLines/>
      </w:pPr>
      <w:r>
        <w:t>Shows a full preview of the one finished exhibit: Cover, title, question/date, Outcome, optional Discoveries/Story/Open Threads, and Results.</w:t>
      </w:r>
    </w:p>
    <w:p>
      <w:pPr>
        <w:pStyle w:val="ListBullet"/>
        <w:keepLines/>
      </w:pPr>
      <w:r>
        <w:t>Presents visibility after preview: Private selected by default; Public requires explicit choice and minimal identity if missing.</w:t>
      </w:r>
    </w:p>
    <w:p>
      <w:pPr>
        <w:pStyle w:val="ListBullet"/>
        <w:keepLines/>
      </w:pPr>
      <w:r>
        <w:t>Finish is blocked only by missing/unsaved Title or Question in frozen lineage, missing/unsaved Outcome, non-ready Cover, invalid Result item, or failed required persistence/transition state.</w:t>
      </w:r>
    </w:p>
    <w:p>
      <w:pPr>
        <w:pStyle w:val="ListBullet"/>
        <w:keepLines/>
      </w:pPr>
      <w:r>
        <w:t>Finish creates one Completed Obsession and initial Exhibit Version, preserves the Archive privately, and is idempotent.</w:t>
      </w:r>
    </w:p>
    <w:p>
      <w:pPr>
        <w:pStyle w:val="ListBullet"/>
        <w:keepLines/>
      </w:pPr>
      <w:r>
        <w:t>Leaving retains exact work and returns to the first incomplete step or last visited valid step.</w:t>
      </w:r>
    </w:p>
    <w:p>
      <w:pPr>
        <w:pStyle w:val="Heading2"/>
        <w:keepNext/>
        <w:keepLines/>
      </w:pPr>
      <w:r>
        <w:t>13. Completed Obsession and S/M/L/XL viewing depths</w:t>
      </w:r>
    </w:p>
    <w:p>
      <w:r>
        <w:t>The Completed Obsession is one finished exhibit, not four authored forms.</w:t>
      </w:r>
    </w:p>
    <w:p>
      <w:pPr>
        <w:pStyle w:val="ListBullet"/>
        <w:keepLines/>
      </w:pPr>
      <w:r>
        <w:t>S — Gallery/card glance at what came back from the completed day: Cover, Title, historical date, and short Outcome excerpt (or equivalent minimal completed-result cue). The original Question may appear secondarily. No separate Small body or blurb is authored.</w:t>
      </w:r>
    </w:p>
    <w:p>
      <w:pPr>
        <w:pStyle w:val="ListBullet"/>
        <w:keepLines/>
      </w:pPr>
      <w:r>
        <w:t>M — Understand the finished exhibit: Outcome plus optional Discoveries, Story, Open Threads, and selected context.</w:t>
      </w:r>
    </w:p>
    <w:p>
      <w:pPr>
        <w:pStyle w:val="ListBullet"/>
        <w:keepLines/>
      </w:pPr>
      <w:r>
        <w:t>L — Explore Results: structured Results and their descriptions/files/links/media.</w:t>
      </w:r>
    </w:p>
    <w:p>
      <w:pPr>
        <w:pStyle w:val="ListBullet"/>
        <w:keepLines/>
      </w:pPr>
      <w:r>
        <w:t>XL — Open the private Archive: What You Started With, What You Preserved, and What Came Back.</w:t>
      </w:r>
    </w:p>
    <w:p>
      <w:r>
        <w:t>S/M/L are responsive components/progressive disclosure over one Exhibit Version. They are not database enums, authoring screens, or public selection controls. XL is an owner-only route into the attached Archive, never part of the public projection.</w:t>
      </w:r>
    </w:p>
    <w:p>
      <w:r>
        <w:t>Post-completion presentation edits create immutable Exhibit Versions. They may update title, presentation fields, Results, and Cover, but cannot mutate the frozen Brief or historical date. Public updates remain private drafts until projection replacement succeeds.</w:t>
      </w:r>
    </w:p>
    <w:p>
      <w:pPr>
        <w:pStyle w:val="Heading2"/>
        <w:keepNext/>
        <w:keepLines/>
      </w:pPr>
      <w:r>
        <w:t>14. History, Unfinished, and Archive</w:t>
      </w:r>
    </w:p>
    <w:p>
      <w:pPr>
        <w:pStyle w:val="ListBullet"/>
        <w:keepLines/>
      </w:pPr>
      <w:r>
        <w:t>History queries all finished Obsessions ordered by stored historical day. It uses generous exhibit cards, not rows or metric tiles.</w:t>
      </w:r>
    </w:p>
    <w:p>
      <w:pPr>
        <w:pStyle w:val="ListBullet"/>
        <w:keepLines/>
      </w:pPr>
      <w:r>
        <w:t>Archive does not remove or hide an exhibit from History. History has no archived lifecycle filter.</w:t>
      </w:r>
    </w:p>
    <w:p>
      <w:pPr>
        <w:pStyle w:val="ListBullet"/>
        <w:keepLines/>
      </w:pPr>
      <w:r>
        <w:t>Search matches user-authored fields only; no inferred grouping, totals, streaks, heatmaps, or year summaries.</w:t>
      </w:r>
    </w:p>
    <w:p>
      <w:pPr>
        <w:pStyle w:val="ListBullet"/>
        <w:keepLines/>
      </w:pPr>
      <w:r>
        <w:t>Unfinished contains active/closeout records with neutral Resume actions. It does not mix them into History as failures.</w:t>
      </w:r>
    </w:p>
    <w:p>
      <w:pPr>
        <w:pStyle w:val="ListBullet"/>
        <w:keepLines/>
      </w:pPr>
      <w:r>
        <w:t>Each Finished Exhibit links to its private Archive. The Archive remains available regardless of exhibit visibility.</w:t>
      </w:r>
    </w:p>
    <w:p>
      <w:pPr>
        <w:pStyle w:val="ListBullet"/>
        <w:keepLines/>
      </w:pPr>
      <w:r>
        <w:t>Permanent deletion, if implemented, lives in deliberate Settings/data controls, removes public projection first, and performs confirmed private cleanup. It is not called Archive and is absent from gallery cards.</w:t>
      </w:r>
    </w:p>
    <w:p>
      <w:pPr>
        <w:pStyle w:val="Heading2"/>
        <w:keepNext/>
        <w:keepLines/>
      </w:pPr>
      <w:r>
        <w:t>15. Public/private implementation</w:t>
      </w:r>
    </w:p>
    <w:p>
      <w:pPr>
        <w:pStyle w:val="Heading3"/>
        <w:keepNext/>
        <w:keepLines/>
      </w:pPr>
      <w:r>
        <w:t>15.1 Private default</w:t>
      </w:r>
    </w:p>
    <w:p>
      <w:r>
        <w:t xml:space="preserve">Every source row and original object is owner-only. </w:t>
      </w:r>
      <w:r>
        <w:rPr>
          <w:rFonts w:ascii="Consolas" w:hAnsi="Consolas"/>
          <w:color w:val="46525C"/>
          <w:sz w:val="18"/>
        </w:rPr>
        <w:t>exhibits.visibility</w:t>
      </w:r>
      <w:r>
        <w:t xml:space="preserve"> defaults Private. There is no global publish-all preference. Anonymous clients cannot query Possibilities, Briefs, Obsessions, Closeouts, private Exhibits, Attachments, Results source rows, Archives, or Archive Items.</w:t>
      </w:r>
    </w:p>
    <w:p>
      <w:pPr>
        <w:pStyle w:val="Heading3"/>
        <w:keepNext/>
        <w:keepLines/>
      </w:pPr>
      <w:r>
        <w:t>15.2 First Publish flow</w:t>
      </w:r>
    </w:p>
    <w:p>
      <w:r>
        <w:t>If public identity is incomplete, open a minimal identity sheet requiring display name and unique handle only. Avatar, bio, and one external link remain optional. Return to the specific exhibit’s whole-exhibit Publish review afterward.</w:t>
      </w:r>
    </w:p>
    <w:p>
      <w:pPr>
        <w:pStyle w:val="Heading3"/>
        <w:keepNext/>
        <w:keepLines/>
      </w:pPr>
      <w:r>
        <w:t>15.3 Whole-exhibit projection</w:t>
      </w:r>
    </w:p>
    <w:p>
      <w:pPr>
        <w:pStyle w:val="ListBullet"/>
        <w:keepLines/>
      </w:pPr>
      <w:r>
        <w:t>Publishing is Public/Private for the whole finished exhibit, not a Small/Medium/Large choice.</w:t>
      </w:r>
    </w:p>
    <w:p>
      <w:pPr>
        <w:pStyle w:val="ListBullet"/>
        <w:keepLines/>
      </w:pPr>
      <w:r>
        <w:t>Projection includes the allow-listed exhibit fields and ready copied assets needed to render S/M/L viewing depths.</w:t>
      </w:r>
    </w:p>
    <w:p>
      <w:pPr>
        <w:pStyle w:val="ListBullet"/>
        <w:keepLines/>
      </w:pPr>
      <w:r>
        <w:t>Public views never include XL/Archive or frozen/raw private source material.</w:t>
      </w:r>
    </w:p>
    <w:p>
      <w:pPr>
        <w:pStyle w:val="ListBullet"/>
        <w:keepLines/>
      </w:pPr>
      <w:r>
        <w:t>Public profile shows minimal identity and intentionally public exhibits.</w:t>
      </w:r>
    </w:p>
    <w:p>
      <w:pPr>
        <w:pStyle w:val="ListBullet"/>
        <w:keepLines/>
      </w:pPr>
      <w:r>
        <w:t>Declared related links appear only when both endpoints are public and public display was allowed.</w:t>
      </w:r>
    </w:p>
    <w:p>
      <w:pPr>
        <w:pStyle w:val="ListBullet"/>
        <w:keepLines/>
      </w:pPr>
      <w:r>
        <w:t>No follows, likes, comments, reactions, reposts, view counts, ranking, recommendations, or activity status.</w:t>
      </w:r>
    </w:p>
    <w:p>
      <w:pPr>
        <w:pStyle w:val="Heading2"/>
        <w:keepNext/>
        <w:keepLines/>
      </w:pPr>
      <w:r>
        <w:t>16. Onboarding</w:t>
      </w:r>
    </w:p>
    <w:p>
      <w:pPr>
        <w:pStyle w:val="ListNumber"/>
        <w:keepLines/>
        <w:numPr>
          <w:ilvl w:val="0"/>
          <w:numId w:val="15"/>
        </w:numPr>
      </w:pPr>
      <w:r>
        <w:t>Welcome with “One human. One question. One day.”</w:t>
      </w:r>
    </w:p>
    <w:p>
      <w:pPr>
        <w:pStyle w:val="ListNumber"/>
        <w:keepLines/>
        <w:numPr>
          <w:ilvl w:val="0"/>
          <w:numId w:val="15"/>
        </w:numPr>
      </w:pPr>
      <w:r>
        <w:t>Ask “What might deserve a day?”</w:t>
      </w:r>
    </w:p>
    <w:p>
      <w:pPr>
        <w:pStyle w:val="ListNumber"/>
        <w:keepLines/>
        <w:numPr>
          <w:ilvl w:val="0"/>
          <w:numId w:val="15"/>
        </w:numPr>
      </w:pPr>
      <w:r>
        <w:t>Create the first real Possibility with Question only required; optional freeform text/attachments may be skipped.</w:t>
      </w:r>
    </w:p>
    <w:p>
      <w:pPr>
        <w:pStyle w:val="ListNumber"/>
        <w:keepLines/>
        <w:numPr>
          <w:ilvl w:val="0"/>
          <w:numId w:val="15"/>
        </w:numPr>
      </w:pPr>
      <w:r>
        <w:t>Show the new Possibility and offer Give it a day, or allow it to remain a Possibility.</w:t>
      </w:r>
    </w:p>
    <w:p>
      <w:pPr>
        <w:pStyle w:val="ListNumber"/>
        <w:keepLines/>
        <w:numPr>
          <w:ilvl w:val="0"/>
          <w:numId w:val="15"/>
        </w:numPr>
      </w:pPr>
      <w:r>
        <w:t>Enter the normal product. If Give it a day is chosen and no confirmed profile zone exists, open the lightweight confirmation flow at that point, with browser-detected zone only as a suggested value.</w:t>
      </w:r>
    </w:p>
    <w:p>
      <w:r>
        <w:t>Onboarding may autosave/recover, but it is not a profile-setup wizard and never forces display name, public identity, scheduling, Begin, or time-zone confirmation before basic Possibility creation. It has no assessment, personality quiz, goals framework, notification prompt, or tutorial carousel.</w:t>
      </w:r>
    </w:p>
    <w:p>
      <w:pPr>
        <w:pStyle w:val="Heading2"/>
        <w:keepNext/>
        <w:keepLines/>
      </w:pPr>
      <w:r>
        <w:t>17. Edge, loading, and error states</w:t>
      </w:r>
    </w:p>
    <w:p>
      <w:pPr>
        <w:pStyle w:val="ListBullet"/>
        <w:keepLines/>
      </w:pPr>
      <w:r>
        <w:t>Every screen defines loading, empty, saving, error, unauthorized, and not-found behavior.</w:t>
      </w:r>
    </w:p>
    <w:p>
      <w:pPr>
        <w:pStyle w:val="ListBullet"/>
        <w:keepLines/>
      </w:pPr>
      <w:r>
        <w:t>Preserve entered text when attachment, crop, or unrelated reads fail.</w:t>
      </w:r>
    </w:p>
    <w:p>
      <w:pPr>
        <w:pStyle w:val="ListBullet"/>
        <w:keepLines/>
      </w:pPr>
      <w:r>
        <w:t>Unauthorized private routes reauthenticate after retaining recoverable local text. Public private/not-found responses do not confirm existence.</w:t>
      </w:r>
    </w:p>
    <w:p>
      <w:pPr>
        <w:pStyle w:val="ListBullet"/>
        <w:keepLines/>
      </w:pPr>
      <w:r>
        <w:t>Network loss shows honest offline/retrying state. Begin, Finish, publish, and upload finalization remain unavailable until server confirmation.</w:t>
      </w:r>
    </w:p>
    <w:p>
      <w:pPr>
        <w:pStyle w:val="ListBullet"/>
        <w:keepLines/>
      </w:pPr>
      <w:r>
        <w:t>Two-tab conflicts preserve both values and never silently overwrite.</w:t>
      </w:r>
    </w:p>
    <w:p>
      <w:pPr>
        <w:pStyle w:val="ListBullet"/>
        <w:keepLines/>
      </w:pPr>
      <w:r>
        <w:t>Schedule replacement, Begin, Finish, publish, unpublish, and upload-finalize retries are idempotent.</w:t>
      </w:r>
    </w:p>
    <w:p>
      <w:pPr>
        <w:pStyle w:val="ListBullet"/>
      </w:pPr>
      <w:r>
        <w:t>Save as Possibility retries are idempotent and never duplicate the new Possibility or relationship.</w:t>
      </w:r>
    </w:p>
    <w:p>
      <w:pPr>
        <w:pStyle w:val="ListBullet"/>
        <w:keepLines/>
      </w:pPr>
      <w:r>
        <w:t>A missing Cover before Finish blocks completion. A missing public/finished Cover asset after completion may render a neutral typographic fallback and alert the owner privately; it never signs a private object.</w:t>
      </w:r>
    </w:p>
    <w:p>
      <w:pPr>
        <w:pStyle w:val="ListBullet"/>
        <w:keepLines/>
      </w:pPr>
      <w:r>
        <w:t>Missed scheduled dates say “Not begun.” Old closeouts say “Resume closeout.” Avoid overdue, failed, streak, or punitive language.</w:t>
      </w:r>
    </w:p>
    <w:p>
      <w:pPr>
        <w:pStyle w:val="ListBullet"/>
      </w:pPr>
      <w:r>
        <w:t>Attempting Begin from a Possibility scheduled yesterday or tomorrow returns a calm typed date-mismatch recovery. Only an explicit reschedule / Give it Today can make it eligible; there is no automatic rollover.</w:t>
      </w:r>
    </w:p>
    <w:p>
      <w:pPr>
        <w:pStyle w:val="ListBullet"/>
      </w:pPr>
      <w:r>
        <w:t>Give it a day / Schedule / Begin without a confirmed profile zone returns `TIME_ZONE_CONFIRMATION_REQUIRED` and opens the lightweight confirmation flow. A later browser-zone disagreement may prompt quiet reconfirmation but never changes date authority silently.</w:t>
      </w:r>
    </w:p>
    <w:p>
      <w:pPr>
        <w:pStyle w:val="ListBullet"/>
        <w:keepLines/>
      </w:pPr>
      <w:r>
        <w:t>Reduced motion removes ceremony transitions without changing availability.</w:t>
      </w:r>
    </w:p>
    <w:p>
      <w:pPr>
        <w:pStyle w:val="Heading2"/>
        <w:keepNext/>
        <w:keepLines/>
      </w:pPr>
      <w:r>
        <w:t>18. Implementation phases and acceptance criteria</w:t>
      </w:r>
    </w:p>
    <w:p>
      <w:pPr>
        <w:pStyle w:val="Heading3"/>
        <w:keepNext/>
        <w:keepLines/>
      </w:pPr>
      <w:r>
        <w:t>Phase 0 — Project constitution and secure foundation</w:t>
      </w:r>
    </w:p>
    <w:p>
      <w:r>
        <w:t>Build:</w:t>
      </w:r>
    </w:p>
    <w:p>
      <w:pPr>
        <w:pStyle w:val="ListBullet"/>
        <w:keepLines/>
      </w:pPr>
      <w:r>
        <w:t>Add the frozen Product Specification and this frozen Implementation Plan to Lovable Project Knowledge.</w:t>
      </w:r>
    </w:p>
    <w:p>
      <w:pPr>
        <w:pStyle w:val="ListBullet"/>
        <w:keepLines/>
      </w:pPr>
      <w:r>
        <w:t>Enable Lovable Cloud Test; configure auth, database, private/public storage, secrets, logs, generated types, and migration workflow.</w:t>
      </w:r>
    </w:p>
    <w:p>
      <w:pPr>
        <w:pStyle w:val="ListBullet"/>
        <w:keepLines/>
      </w:pPr>
      <w:r>
        <w:t>Create only Slice A tables/enums, including separate authoritative unique constraints for one scheduled Possibility and one actual Obsession per user/local date, normalized Discoveries/Open Threads, required Cover records, Archive composition, and owner RLS from the first migration.</w:t>
      </w:r>
    </w:p>
    <w:p>
      <w:pPr>
        <w:pStyle w:val="ListBullet"/>
        <w:keepLines/>
      </w:pPr>
      <w:r>
        <w:t>Establish dark design tokens and shells without a generic component showcase.</w:t>
      </w:r>
    </w:p>
    <w:p>
      <w:r>
        <w:t>Acceptance:</w:t>
      </w:r>
    </w:p>
    <w:p>
      <w:pPr>
        <w:pStyle w:val="ListBullet"/>
        <w:keepLines/>
      </w:pPr>
      <w:r>
        <w:t>Another authenticated user cannot select or mutate owner rows/objects; anonymous access fails closed.</w:t>
      </w:r>
    </w:p>
    <w:p>
      <w:pPr>
        <w:pStyle w:val="ListBullet"/>
        <w:keepLines/>
      </w:pPr>
      <w:r>
        <w:t>No secret appears in frontend output.</w:t>
      </w:r>
    </w:p>
    <w:p>
      <w:pPr>
        <w:pStyle w:val="ListBullet"/>
        <w:keepLines/>
      </w:pPr>
      <w:r>
        <w:t>Domain states are typed enums, not scattered booleans.</w:t>
      </w:r>
    </w:p>
    <w:p>
      <w:pPr>
        <w:pStyle w:val="ListBullet"/>
        <w:keepLines/>
      </w:pPr>
      <w:r>
        <w:t>No `preservation_form`, obsolete global lifecycle state, Result category, or split Brief prompt column exists.</w:t>
      </w:r>
    </w:p>
    <w:p>
      <w:pPr>
        <w:pStyle w:val="ListBullet"/>
        <w:keepLines/>
      </w:pPr>
      <w:r>
        <w:t>Today contains no dashboard, metrics, tasks, or productivity placeholders.</w:t>
      </w:r>
    </w:p>
    <w:p>
      <w:pPr>
        <w:pStyle w:val="Heading3"/>
        <w:keepNext/>
        <w:keepLines/>
      </w:pPr>
      <w:r>
        <w:t>Phase 1 — Slice A: private golden path with required Cover</w:t>
      </w:r>
    </w:p>
    <w:p>
      <w:r>
        <w:t>Build:</w:t>
      </w:r>
    </w:p>
    <w:p>
      <w:pPr>
        <w:pStyle w:val="ListBullet"/>
        <w:keepLines/>
      </w:pPr>
      <w:r>
        <w:t>Implement the minimal routes for auth/onboarding, Question-only first Possibility without profile setup, deferred time-zone confirmation at the first date-sensitive action, Possibility with Let it go, Schedule, Brief, Begin, sparse Active Day, all four Closeout steps, Cover upload/crop, private Finish, Finished Exhibit, History, and attached Archive.</w:t>
      </w:r>
    </w:p>
    <w:p>
      <w:pPr>
        <w:pStyle w:val="ListBullet"/>
        <w:keepLines/>
      </w:pPr>
      <w:r>
        <w:t>Include secure upload authorization/finalization and image derivative readiness required by Cover.</w:t>
      </w:r>
    </w:p>
    <w:p>
      <w:r>
        <w:t>Acceptance:</w:t>
      </w:r>
    </w:p>
    <w:p>
      <w:pPr>
        <w:pStyle w:val="ListBullet"/>
        <w:keepLines/>
      </w:pPr>
      <w:r>
        <w:t>A new authenticated user reaches and retains a real Possibility with Question only, `display_name = NULL`, and no confirmed time zone; onboarding requires no profile setup.</w:t>
      </w:r>
    </w:p>
    <w:p>
      <w:pPr>
        <w:pStyle w:val="ListBullet"/>
        <w:keepLines/>
      </w:pPr>
      <w:r>
        <w:t>The first Give it a day / Schedule attempt without a confirmed zone returns/opens confirmation; after deliberate confirmation, scheduling uses the confirmed profile zone. One date accepts one scheduled Possibility only; explicit replacement is atomic.</w:t>
      </w:r>
    </w:p>
    <w:p>
      <w:pPr>
        <w:pStyle w:val="ListBullet"/>
        <w:keepLines/>
      </w:pPr>
      <w:r>
        <w:t>Browser detection cannot confirm or replace the profile zone. Begin without confirmation returns `TIME_ZONE_CONFIRMATION_REQUIRED`; Begin resolves the date before querying its date-specific lock.</w:t>
      </w:r>
    </w:p>
    <w:p>
      <w:pPr>
        <w:pStyle w:val="ListBullet"/>
        <w:keepLines/>
      </w:pPr>
      <w:r>
        <w:t>Brief Title + Question enable Begin; no Starting Point or split optional prompts appear.</w:t>
      </w:r>
    </w:p>
    <w:p>
      <w:pPr>
        <w:pStyle w:val="ListBullet"/>
        <w:keepLines/>
      </w:pPr>
      <w:r>
        <w:t>Begin creates one immutable frozen version and stable local date on retry/double-click.</w:t>
      </w:r>
    </w:p>
    <w:p>
      <w:pPr>
        <w:pStyle w:val="ListBullet"/>
      </w:pPr>
      <w:r>
        <w:t>Begin is allowed only for a currently scheduled Possibility whose date equals server-resolved today; yesterday/tomorrow attempts are rejected until explicit rescheduling, and an existing Obsession returns `DAY_ALREADY_BEGUN`.</w:t>
      </w:r>
    </w:p>
    <w:p>
      <w:pPr>
        <w:pStyle w:val="ListBullet"/>
        <w:keepLines/>
      </w:pPr>
      <w:r>
        <w:t>Active Day works without any capture.</w:t>
      </w:r>
    </w:p>
    <w:p>
      <w:pPr>
        <w:pStyle w:val="ListBullet"/>
        <w:keepLines/>
      </w:pPr>
      <w:r>
        <w:t>Reflect requires Outcome only and supports zero or more ordered Discovery items; Show allows zero Results/Open Threads but requires a ready cropped real image Cover obtained outside ObsessOS.</w:t>
      </w:r>
    </w:p>
    <w:p>
      <w:pPr>
        <w:pStyle w:val="ListBullet"/>
        <w:keepLines/>
      </w:pPr>
      <w:r>
        <w:t>Finish is impossible with only a typographic fallback.</w:t>
      </w:r>
    </w:p>
    <w:p>
      <w:pPr>
        <w:pStyle w:val="ListBullet"/>
        <w:keepLines/>
      </w:pPr>
      <w:r>
        <w:t>Preserve allows zero additions and Archive still automatically shows the complete canonical What You Started With and What Came Back records without duplicate preservation.</w:t>
      </w:r>
    </w:p>
    <w:p>
      <w:pPr>
        <w:pStyle w:val="ListBullet"/>
        <w:keepLines/>
      </w:pPr>
      <w:r>
        <w:t>Private Finish requires no display name or public handle, defaults Private, creates one exhibit, and History shows its S card.</w:t>
      </w:r>
    </w:p>
    <w:p>
      <w:pPr>
        <w:pStyle w:val="ListBullet"/>
        <w:keepLines/>
      </w:pPr>
      <w:r>
        <w:t>M and L reveal the same Exhibit’s details/Results; XL opens only the owner’s Archive.</w:t>
      </w:r>
    </w:p>
    <w:p>
      <w:pPr>
        <w:pStyle w:val="ListBullet"/>
        <w:keepLines/>
      </w:pPr>
      <w:r>
        <w:t>Editing presentation content cannot change frozen Brief/date.</w:t>
      </w:r>
    </w:p>
    <w:p>
      <w:pPr>
        <w:pStyle w:val="Heading3"/>
        <w:keepNext/>
        <w:keepLines/>
      </w:pPr>
      <w:r>
        <w:t>Phase 2 — Slice B: resilience, schedule, and multiple open days</w:t>
      </w:r>
    </w:p>
    <w:p>
      <w:r>
        <w:t>Build:</w:t>
      </w:r>
    </w:p>
    <w:p>
      <w:pPr>
        <w:pStyle w:val="ListBullet"/>
        <w:keepLines/>
      </w:pPr>
      <w:r>
        <w:t>Complete autosave status, local recovery, optimistic concurrency, two-tab resolution, idempotency receipts, Unfinished, missed-date states, offline transition gating, 14-day Schedule, extended-date action, and the S06 eligible-empty-day unscheduled-Possibility chooser that schedules directly through the shared protected operation without routing through S07.</w:t>
      </w:r>
    </w:p>
    <w:p>
      <w:r>
        <w:t>Acceptance:</w:t>
      </w:r>
    </w:p>
    <w:p>
      <w:pPr>
        <w:pStyle w:val="ListBullet"/>
        <w:keepLines/>
      </w:pPr>
      <w:r>
        <w:t>Brief and every Closeout step resume without Save Draft.</w:t>
      </w:r>
    </w:p>
    <w:p>
      <w:pPr>
        <w:pStyle w:val="ListBullet"/>
        <w:keepLines/>
      </w:pPr>
      <w:r>
        <w:t>Network interruption retains text and disables Begin/Finish until persistence succeeds.</w:t>
      </w:r>
    </w:p>
    <w:p>
      <w:pPr>
        <w:pStyle w:val="ListBullet"/>
        <w:keepLines/>
      </w:pPr>
      <w:r>
        <w:t>Move/replace/return operations never create two scheduled Possibilities for a date under concurrency.</w:t>
      </w:r>
    </w:p>
    <w:p>
      <w:pPr>
        <w:pStyle w:val="ListBullet"/>
        <w:keepLines/>
      </w:pPr>
      <w:r>
        <w:t>On S06, an eligible empty day opens a chooser containing only unscheduled Possibilities; dismissing changes nothing. Selecting one invokes the same protected scheduling operation as S07, and success closes the chooser, remains on S06, and displays the scheduled Question on that day.</w:t>
      </w:r>
    </w:p>
    <w:p>
      <w:pPr>
        <w:pStyle w:val="ListBullet"/>
        <w:keepLines/>
      </w:pPr>
      <w:r>
        <w:t>The S06 path pauses for existing time-zone confirmation when required and resumes the pending attempt afterward. Relationship spacing and other canonical validation preserve existing rejection/recovery behavior; actual-Obsession dates remain locked, occupied scheduled dates do not open the empty-day chooser, and S07 remains unchanged for Possibility-first scheduling.</w:t>
      </w:r>
    </w:p>
    <w:p>
      <w:pPr>
        <w:pStyle w:val="ListBullet"/>
        <w:keepLines/>
      </w:pPr>
      <w:r>
        <w:t>Old active/incomplete closeouts remain quietly resumable and do not block a new unrelated day.</w:t>
      </w:r>
    </w:p>
    <w:p>
      <w:pPr>
        <w:pStyle w:val="ListBullet"/>
      </w:pPr>
      <w:r>
        <w:t>Unfinished Obsessions from different historical dates coexist, but no user/date can have more than one actual Obsession and begun dates reject scheduling/Begin candidates.</w:t>
      </w:r>
    </w:p>
    <w:p>
      <w:pPr>
        <w:pStyle w:val="ListBullet"/>
        <w:keepLines/>
      </w:pPr>
      <w:r>
        <w:t>Crossing midnight or changing profile zone never changes stored Obsession Day.</w:t>
      </w:r>
    </w:p>
    <w:p>
      <w:pPr>
        <w:pStyle w:val="Heading3"/>
        <w:keepNext/>
        <w:keepLines/>
      </w:pPr>
      <w:r>
        <w:t>Phase 3 — Slice C: full files, Results, and Archive</w:t>
      </w:r>
    </w:p>
    <w:p>
      <w:r>
        <w:t>Build:</w:t>
      </w:r>
    </w:p>
    <w:p>
      <w:pPr>
        <w:pStyle w:val="ListBullet"/>
        <w:keepLines/>
      </w:pPr>
      <w:r>
        <w:t>Remaining attachment roles, link/media Results, Discovery/Open Thread ordering, explicit idempotent Save as Possibility, retries, private previews, optional Active Day Archive action, automatic Before/After Archive composition, Archive organization, and storage recovery audit.</w:t>
      </w:r>
    </w:p>
    <w:p>
      <w:r>
        <w:t>Acceptance:</w:t>
      </w:r>
    </w:p>
    <w:p>
      <w:pPr>
        <w:pStyle w:val="ListBullet"/>
        <w:keepLines/>
      </w:pPr>
      <w:r>
        <w:t>Failed uploads/crops never erase text and offer Retry/Remove.</w:t>
      </w:r>
    </w:p>
    <w:p>
      <w:pPr>
        <w:pStyle w:val="ListBullet"/>
        <w:keepLines/>
      </w:pPr>
      <w:r>
        <w:t>Every Result requires Title and permits optional Description plus file/link/media without type/category selection.</w:t>
      </w:r>
    </w:p>
    <w:p>
      <w:pPr>
        <w:pStyle w:val="ListBullet"/>
        <w:keepLines/>
      </w:pPr>
      <w:r>
        <w:t>Result ordering persists across resume and edit.</w:t>
      </w:r>
    </w:p>
    <w:p>
      <w:pPr>
        <w:pStyle w:val="ListBullet"/>
      </w:pPr>
      <w:r>
        <w:t>Discovery and Open Thread ordering/removal persists across autosave, resume, and exhibit edit; repeated Save as Possibility returns the same unscheduled Possibility with declared source lineage.</w:t>
      </w:r>
    </w:p>
    <w:p>
      <w:pPr>
        <w:pStyle w:val="ListBullet"/>
        <w:keepLines/>
      </w:pPr>
      <w:r>
        <w:t>Archive sections remain private to owner/anonymous/cross-user tests.</w:t>
      </w:r>
    </w:p>
    <w:p>
      <w:pPr>
        <w:pStyle w:val="ListBullet"/>
      </w:pPr>
      <w:r>
        <w:t>What Came Back automatically resolves Outcome, Discoveries, Story, Results, Open Threads, Cover, and Exhibit/version information; none requires re-upload or duplicate authoring.</w:t>
      </w:r>
    </w:p>
    <w:p>
      <w:pPr>
        <w:pStyle w:val="ListBullet"/>
        <w:keepLines/>
      </w:pPr>
      <w:r>
        <w:t>Optional Active Day Archive contribution is visually secondary and never required.</w:t>
      </w:r>
    </w:p>
    <w:p>
      <w:pPr>
        <w:pStyle w:val="ListBullet"/>
        <w:keepLines/>
      </w:pPr>
      <w:r>
        <w:t>Checksum/object audit can identify missing storage independently of database backup.</w:t>
      </w:r>
    </w:p>
    <w:p>
      <w:pPr>
        <w:pStyle w:val="Heading3"/>
        <w:keepNext/>
        <w:keepLines/>
      </w:pPr>
      <w:r>
        <w:t>Phase 4 — Slice D: relationships and spacing</w:t>
      </w:r>
    </w:p>
    <w:p>
      <w:r>
        <w:t>Build:</w:t>
      </w:r>
    </w:p>
    <w:p>
      <w:pPr>
        <w:pStyle w:val="ListBullet"/>
        <w:keepLines/>
      </w:pPr>
      <w:r>
        <w:t>Relationship picker/search, explicit add/remove, typed `declaration_action` provenance for picker and Open Thread Save-as-Possibility creation, Open Thread → Possibility declared lineage, scheduling/day-lock precheck, Begin date/day-uniqueness recheck, deleted/tombstoned endpoint behavior, and blocked recovery.</w:t>
      </w:r>
    </w:p>
    <w:p>
      <w:r>
        <w:t>Acceptance:</w:t>
      </w:r>
    </w:p>
    <w:p>
      <w:pPr>
        <w:pStyle w:val="ListBullet"/>
        <w:keepLines/>
      </w:pPr>
      <w:r>
        <w:t>No relationship row exists without direct human action through the picker or Save as Possibility; picker creation stores `relationship_picker`, Open Thread Save-as-Possibility stores `open_thread_save_as_possibility`, and no AI or similarity inference creates one.</w:t>
      </w:r>
    </w:p>
    <w:p>
      <w:pPr>
        <w:pStyle w:val="ListBullet"/>
      </w:pPr>
      <w:r>
        <w:t>The database and server reject every other `declaration_action`; both valid actions use identical relationship semantics and next-day restriction behavior.</w:t>
      </w:r>
    </w:p>
    <w:p>
      <w:pPr>
        <w:pStyle w:val="ListBullet"/>
        <w:keepLines/>
      </w:pPr>
      <w:r>
        <w:t>Similar wording without declaration never blocks.</w:t>
      </w:r>
    </w:p>
    <w:p>
      <w:pPr>
        <w:pStyle w:val="ListBullet"/>
        <w:keepLines/>
      </w:pPr>
      <w:r>
        <w:t>Declared relationship to yesterday blocks and names the exact prior Obsession.</w:t>
      </w:r>
    </w:p>
    <w:p>
      <w:pPr>
        <w:pStyle w:val="ListBullet"/>
        <w:keepLines/>
      </w:pPr>
      <w:r>
        <w:t>Same relationship is allowed after one intervening local date.</w:t>
      </w:r>
    </w:p>
    <w:p>
      <w:pPr>
        <w:pStyle w:val="ListBullet"/>
        <w:keepLines/>
      </w:pPr>
      <w:r>
        <w:t>Same client/project on consecutive dates is allowed without declaration.</w:t>
      </w:r>
    </w:p>
    <w:p>
      <w:pPr>
        <w:pStyle w:val="ListBullet"/>
        <w:keepLines/>
      </w:pPr>
      <w:r>
        <w:t>Archive content/visibility does not alter relationship behavior.</w:t>
      </w:r>
    </w:p>
    <w:p>
      <w:pPr>
        <w:pStyle w:val="Heading3"/>
        <w:keepNext/>
        <w:keepLines/>
      </w:pPr>
      <w:r>
        <w:t>Phase 5 — Slice E: exhibit stewardship and gallery</w:t>
      </w:r>
    </w:p>
    <w:p>
      <w:r>
        <w:t>Build:</w:t>
      </w:r>
    </w:p>
    <w:p>
      <w:pPr>
        <w:pStyle w:val="ListBullet"/>
        <w:keepLines/>
      </w:pPr>
      <w:r>
        <w:t>Versioned editing, S/M/L progressive display, authored-text History search, Unfinished, Archive additions after completion, and deliberate deletion entry.</w:t>
      </w:r>
    </w:p>
    <w:p>
      <w:r>
        <w:t>Acceptance:</w:t>
      </w:r>
    </w:p>
    <w:p>
      <w:pPr>
        <w:pStyle w:val="ListBullet"/>
        <w:keepLines/>
      </w:pPr>
      <w:r>
        <w:t>History contains all finished exhibits regardless of Private/Public and has no lifecycle-removal behavior or metrics.</w:t>
      </w:r>
    </w:p>
    <w:p>
      <w:pPr>
        <w:pStyle w:val="ListBullet"/>
      </w:pPr>
      <w:r>
        <w:t>Every History card is composed from the canonical Exhibit and leads with Cover, Title, historical date, and a short Outcome excerpt; Question is optional/secondary and no Small blurb is authored.</w:t>
      </w:r>
    </w:p>
    <w:p>
      <w:pPr>
        <w:pStyle w:val="ListBullet"/>
        <w:keepLines/>
      </w:pPr>
      <w:r>
        <w:t>S/M/L require no separate stored bodies or authoring.</w:t>
      </w:r>
    </w:p>
    <w:p>
      <w:pPr>
        <w:pStyle w:val="ListBullet"/>
        <w:keepLines/>
      </w:pPr>
      <w:r>
        <w:t>XL is owner-only Archive.</w:t>
      </w:r>
    </w:p>
    <w:p>
      <w:pPr>
        <w:pStyle w:val="ListBullet"/>
        <w:keepLines/>
      </w:pPr>
      <w:r>
        <w:t>Cover remains required when updating a completed exhibit; failed public updates preserve the last good projection.</w:t>
      </w:r>
    </w:p>
    <w:p>
      <w:pPr>
        <w:pStyle w:val="ListBullet"/>
        <w:keepLines/>
      </w:pPr>
      <w:r>
        <w:t>Frozen Brief/date are immutable.</w:t>
      </w:r>
    </w:p>
    <w:p>
      <w:pPr>
        <w:pStyle w:val="Heading3"/>
        <w:keepNext/>
        <w:keepLines/>
      </w:pPr>
      <w:r>
        <w:t>Phase 6 — Slice F: intentional whole-exhibit publishing</w:t>
      </w:r>
    </w:p>
    <w:p>
      <w:r>
        <w:t>Build:</w:t>
      </w:r>
    </w:p>
    <w:p>
      <w:pPr>
        <w:pStyle w:val="ListBullet"/>
        <w:keepLines/>
      </w:pPr>
      <w:r>
        <w:t>Minimal identity, public profile/exhibit, public slugs/assets, whole-exhibit publish/update/unpublish, and allowed public relationships.</w:t>
      </w:r>
    </w:p>
    <w:p>
      <w:r>
        <w:t>Acceptance:</w:t>
      </w:r>
    </w:p>
    <w:p>
      <w:pPr>
        <w:pStyle w:val="ListBullet"/>
        <w:keepLines/>
      </w:pPr>
      <w:r>
        <w:t>Private use and Private Finish require no display name, handle, avatar, bio, link, or consent.</w:t>
      </w:r>
    </w:p>
    <w:p>
      <w:pPr>
        <w:pStyle w:val="ListBullet"/>
        <w:keepLines/>
      </w:pPr>
      <w:r>
        <w:t>Choosing Public with incomplete identity opens the minimal identity flow requiring display name + unique public handle; avatar, bio, and external link remain optional. Publish then offers only whole-exhibit Public/Private behavior—no S/M/L selector.</w:t>
      </w:r>
    </w:p>
    <w:p>
      <w:pPr>
        <w:pStyle w:val="ListBullet"/>
        <w:keepLines/>
      </w:pPr>
      <w:r>
        <w:t>Public succeeds only after display name and unique handle validate; private completion remains intact if identity or publication fails.</w:t>
      </w:r>
    </w:p>
    <w:p>
      <w:pPr>
        <w:pStyle w:val="ListBullet"/>
        <w:keepLines/>
      </w:pPr>
      <w:r>
        <w:t>Anonymous payload contains only allow-listed exhibit fields/public keys.</w:t>
      </w:r>
    </w:p>
    <w:p>
      <w:pPr>
        <w:pStyle w:val="ListBullet"/>
        <w:keepLines/>
      </w:pPr>
      <w:r>
        <w:t>Archive/XL, email, time zone, filenames, storage refs, internal IDs, and private source material are absent from HTML/network payloads.</w:t>
      </w:r>
    </w:p>
    <w:p>
      <w:pPr>
        <w:pStyle w:val="ListBullet"/>
        <w:keepLines/>
      </w:pPr>
      <w:r>
        <w:t>Failed update leaves the last published version live and draft recoverable.</w:t>
      </w:r>
    </w:p>
    <w:p>
      <w:pPr>
        <w:pStyle w:val="ListBullet"/>
        <w:keepLines/>
      </w:pPr>
      <w:r>
        <w:t>Unpublish promptly removes access without changing Archive.</w:t>
      </w:r>
    </w:p>
    <w:p>
      <w:pPr>
        <w:pStyle w:val="ListBullet"/>
        <w:keepLines/>
      </w:pPr>
      <w:r>
        <w:t>No engagement features or counts.</w:t>
      </w:r>
    </w:p>
    <w:p>
      <w:pPr>
        <w:pStyle w:val="Heading3"/>
        <w:keepNext/>
        <w:keepLines/>
      </w:pPr>
      <w:r>
        <w:t>Phase 7 — Slice G: complete surfaces and release hardening</w:t>
      </w:r>
    </w:p>
    <w:p>
      <w:r>
        <w:t>Build:</w:t>
      </w:r>
    </w:p>
    <w:p>
      <w:pPr>
        <w:pStyle w:val="ListBullet"/>
        <w:keepLines/>
      </w:pPr>
      <w:r>
        <w:t>Complete all screen states, Settings/export/deletion boundary, responsive layout, accessibility, reduced motion, browser/device tests, security review, storage recovery drill, and Test → Live checklist.</w:t>
      </w:r>
    </w:p>
    <w:p>
      <w:r>
        <w:t>Acceptance:</w:t>
      </w:r>
    </w:p>
    <w:p>
      <w:pPr>
        <w:pStyle w:val="ListBullet"/>
        <w:keepLines/>
      </w:pPr>
      <w:r>
        <w:t>Every screen has loading, empty, saving, error, unauthorized, and not-found states.</w:t>
      </w:r>
    </w:p>
    <w:p>
      <w:pPr>
        <w:pStyle w:val="ListBullet"/>
        <w:keepLines/>
      </w:pPr>
      <w:r>
        <w:t>Today is understandable in five seconds; primary navigation is Today / Possibilities / Schedule / History.</w:t>
      </w:r>
    </w:p>
    <w:p>
      <w:pPr>
        <w:pStyle w:val="ListBullet"/>
        <w:keepLines/>
      </w:pPr>
      <w:r>
        <w:t>Schedule prominently renders approximately 14 days and extended dates secondarily.</w:t>
      </w:r>
    </w:p>
    <w:p>
      <w:pPr>
        <w:pStyle w:val="ListBullet"/>
        <w:keepLines/>
      </w:pPr>
      <w:r>
        <w:t>Active Day is the sparsest authenticated screen.</w:t>
      </w:r>
    </w:p>
    <w:p>
      <w:pPr>
        <w:pStyle w:val="ListBullet"/>
        <w:keepLines/>
      </w:pPr>
      <w:r>
        <w:t>Begin and Finish feel consequential without gamification.</w:t>
      </w:r>
    </w:p>
    <w:p>
      <w:pPr>
        <w:pStyle w:val="ListBullet"/>
        <w:keepLines/>
      </w:pPr>
      <w:r>
        <w:t>History reads as a gallery at desktop/mobile widths.</w:t>
      </w:r>
    </w:p>
    <w:p>
      <w:pPr>
        <w:pStyle w:val="ListBullet"/>
        <w:keepLines/>
      </w:pPr>
      <w:r>
        <w:t>Keyboard navigation, focus, semantic headings, screen-reader labels, 44px targets, reduced motion, and WCAG AA contrast pass.</w:t>
      </w:r>
    </w:p>
    <w:p>
      <w:pPr>
        <w:pStyle w:val="ListBullet"/>
        <w:keepLines/>
      </w:pPr>
      <w:r>
        <w:t>RLS, cross-user files, public projection leak, required external-image Cover, Save as Possibility idempotency, both scheduling and Obsession-day uniqueness concurrency, exact-date Begin, timezone, and transition tests pass Live-equivalent configuration.</w:t>
      </w:r>
    </w:p>
    <w:p>
      <w:pPr>
        <w:pStyle w:val="ListBullet"/>
        <w:keepLines/>
      </w:pPr>
      <w:r>
        <w:t>No deferred capability is present.</w:t>
      </w:r>
    </w:p>
    <w:p>
      <w:pPr>
        <w:pStyle w:val="Heading2"/>
        <w:keepNext/>
        <w:keepLines/>
      </w:pPr>
      <w:r>
        <w:t>19. Test matrix for canonical invariants</w:t>
      </w:r>
    </w:p>
    <w:p>
      <w:r>
        <w:t>Automate database/function tests first, then cover user-visible paths with Lovable browser tests.</w:t>
      </w:r>
    </w:p>
    <w:p>
      <w:pPr>
        <w:pStyle w:val="ListBullet"/>
      </w:pPr>
      <w:r>
        <w:t>Authenticated user creates and retains a Possibility with `display_name = NULL` and no confirmed time zone; onboarding reaches that real Possibility without profile setup.</w:t>
      </w:r>
    </w:p>
    <w:p>
      <w:pPr>
        <w:pStyle w:val="ListBullet"/>
      </w:pPr>
      <w:r>
        <w:t>First Give it a day / Schedule attempt without a confirmed zone returns `TIME_ZONE_CONFIRMATION_REQUIRED` and opens the lightweight confirmation flow; after deliberate human confirmation, scheduling succeeds using that confirmed profile zone.</w:t>
      </w:r>
    </w:p>
    <w:p>
      <w:pPr>
        <w:pStyle w:val="ListBullet"/>
      </w:pPr>
      <w:r>
        <w:t>Browser-detected zone cannot populate confirmation, silently replace the confirmed zone, or determine a scheduled/historical date; a disagreement is only a quiet reconfirmation signal.</w:t>
      </w:r>
    </w:p>
    <w:p>
      <w:pPr>
        <w:pStyle w:val="ListBullet"/>
      </w:pPr>
      <w:r>
        <w:t>Begin without a confirmed zone returns `TIME_ZONE_CONFIRMATION_REQUIRED` without mutation. Transaction-order instrumentation verifies `resolved_today` is computed from one server instant + confirmed profile zone before any date-specific Obsession/day-lock query.</w:t>
      </w:r>
    </w:p>
    <w:p>
      <w:pPr>
        <w:pStyle w:val="ListBullet"/>
      </w:pPr>
      <w:r>
        <w:t>Private Finish succeeds with no display name or public handle. Choosing Public without display name/handle opens minimal public identity; Public succeeds only after display name + unique handle are valid.</w:t>
      </w:r>
    </w:p>
    <w:p>
      <w:pPr>
        <w:pStyle w:val="ListBullet"/>
      </w:pPr>
      <w:r>
        <w:t>S04 allows creating a Possibility.</w:t>
      </w:r>
    </w:p>
    <w:p>
      <w:pPr>
        <w:pStyle w:val="ListBullet"/>
      </w:pPr>
      <w:r>
        <w:t>Selecting/opening an S04 Possibility enters S05.</w:t>
      </w:r>
    </w:p>
    <w:p>
      <w:pPr>
        <w:pStyle w:val="ListBullet"/>
      </w:pPr>
      <w:r>
        <w:t>S04 cards/items do not directly expose Edit.</w:t>
      </w:r>
    </w:p>
    <w:p>
      <w:pPr>
        <w:pStyle w:val="ListBullet"/>
      </w:pPr>
      <w:r>
        <w:t>S04 cards/items do not directly expose Give it a day.</w:t>
      </w:r>
    </w:p>
    <w:p>
      <w:pPr>
        <w:pStyle w:val="ListBullet"/>
      </w:pPr>
      <w:r>
        <w:t>S04 cards/items do not directly expose Let it go.</w:t>
      </w:r>
    </w:p>
    <w:p>
      <w:pPr>
        <w:pStyle w:val="ListBullet"/>
      </w:pPr>
      <w:r>
        <w:t>S05 exposes Edit.</w:t>
      </w:r>
    </w:p>
    <w:p>
      <w:pPr>
        <w:pStyle w:val="ListBullet"/>
      </w:pPr>
      <w:r>
        <w:t>S05 exposes Give it a day.</w:t>
      </w:r>
    </w:p>
    <w:p>
      <w:pPr>
        <w:pStyle w:val="ListBullet"/>
      </w:pPr>
      <w:r>
        <w:t>S05 exposes Let it go.</w:t>
      </w:r>
    </w:p>
    <w:p>
      <w:pPr>
        <w:pStyle w:val="ListBullet"/>
      </w:pPr>
      <w:r>
        <w:t>Let it go removes the Possibility from the active collection without permanent deletion.</w:t>
      </w:r>
    </w:p>
    <w:p>
      <w:pPr>
        <w:pStyle w:val="ListBullet"/>
      </w:pPr>
      <w:r>
        <w:t>Ordinary removal UI continues to use “Let it go,” never Delete, Remove, Cancel, Failed, or Abandon.</w:t>
      </w:r>
    </w:p>
    <w:p>
      <w:pPr>
        <w:pStyle w:val="ListBullet"/>
      </w:pPr>
      <w:r>
        <w:t>Selecting an eligible empty S06 day opens an unscheduled-Possibility chooser containing only unscheduled Possibilities.</w:t>
      </w:r>
    </w:p>
    <w:p>
      <w:pPr>
        <w:pStyle w:val="ListBullet"/>
      </w:pPr>
      <w:r>
        <w:t>Dismissing the S06 empty-day chooser changes no schedule or Possibility state.</w:t>
      </w:r>
    </w:p>
    <w:p>
      <w:pPr>
        <w:pStyle w:val="ListBullet"/>
      </w:pPr>
      <w:r>
        <w:t>Choosing a Possibility in the S06 chooser schedules it directly onto the already selected date without routing through S07.</w:t>
      </w:r>
    </w:p>
    <w:p>
      <w:pPr>
        <w:pStyle w:val="ListBullet"/>
      </w:pPr>
      <w:r>
        <w:t>Successful S06 day-first scheduling closes the chooser and remains on S06.</w:t>
      </w:r>
    </w:p>
    <w:p>
      <w:pPr>
        <w:pStyle w:val="ListBullet"/>
      </w:pPr>
      <w:r>
        <w:t>After successful S06 day-first scheduling, the newly scheduled Question appears on the selected day.</w:t>
      </w:r>
    </w:p>
    <w:p>
      <w:pPr>
        <w:pStyle w:val="ListBullet"/>
      </w:pPr>
      <w:r>
        <w:t>Instrumentation verifies that S06 day-first scheduling and S07 Possibility-first scheduling invoke the same protected `schedule_possibility` operation and authoritative validation.</w:t>
      </w:r>
    </w:p>
    <w:p>
      <w:pPr>
        <w:pStyle w:val="ListBullet"/>
      </w:pPr>
      <w:r>
        <w:t>When time-zone confirmation is required from S06, the existing confirmation flow opens before commit and the pending Possibility/date attempt resumes after deliberate confirmation.</w:t>
      </w:r>
    </w:p>
    <w:p>
      <w:pPr>
        <w:pStyle w:val="ListBullet"/>
      </w:pPr>
      <w:r>
        <w:t>A declared relationship that violates spacing blocks S06 day-first scheduling with the existing rejection/recovery behavior and no S07 routing.</w:t>
      </w:r>
    </w:p>
    <w:p>
      <w:pPr>
        <w:pStyle w:val="ListBullet"/>
      </w:pPr>
      <w:r>
        <w:t>An actual-Obsession date remains locked and does not accept S06 day-first scheduling.</w:t>
      </w:r>
    </w:p>
    <w:p>
      <w:pPr>
        <w:pStyle w:val="ListBullet"/>
      </w:pPr>
      <w:r>
        <w:t>An occupied scheduled date does not open the S06 empty-day chooser.</w:t>
      </w:r>
    </w:p>
    <w:p>
      <w:pPr>
        <w:pStyle w:val="ListBullet"/>
      </w:pPr>
      <w:r>
        <w:t>S07 remains unchanged for Possibility-first scheduling: S05 → S07 → the protected scheduling operation.</w:t>
      </w:r>
    </w:p>
    <w:p>
      <w:pPr>
        <w:pStyle w:val="ListBullet"/>
        <w:keepLines/>
      </w:pPr>
      <w:r>
        <w:t>Concurrently schedule two Possibilities to one owner/date: exactly one succeeds; loser receives typed occupied-date recovery.</w:t>
      </w:r>
    </w:p>
    <w:p>
      <w:pPr>
        <w:pStyle w:val="ListBullet"/>
      </w:pPr>
      <w:r>
        <w:t>Insert or Begin two Obsessions for one owner/date under concurrency: exactly one succeeds; the other returns `DAY_ALREADY_BEGUN`, and the database unique constraint rejects bypass attempts.</w:t>
      </w:r>
    </w:p>
    <w:p>
      <w:pPr>
        <w:pStyle w:val="ListBullet"/>
      </w:pPr>
      <w:r>
        <w:t>With an Active, Closeout, or Finished Obsession on a date, scheduling another Possibility for that date is rejected; unfinished Obsessions on different dates remain resumable.</w:t>
      </w:r>
    </w:p>
    <w:p>
      <w:pPr>
        <w:pStyle w:val="ListBullet"/>
      </w:pPr>
      <w:r>
        <w:t>Possibility scheduled yesterday → Begin today is rejected with date-mismatch recovery; explicitly reschedule / Give it Today → Begin succeeds if all other guards pass; Possibility scheduled tomorrow → Begin today is rejected.</w:t>
      </w:r>
    </w:p>
    <w:p>
      <w:pPr>
        <w:pStyle w:val="ListBullet"/>
        <w:keepLines/>
      </w:pPr>
      <w:r>
        <w:t>Replace/move/return under retry: no lost Possibility, duplicate date, or destroyed Brief.</w:t>
      </w:r>
    </w:p>
    <w:p>
      <w:pPr>
        <w:pStyle w:val="ListBullet"/>
        <w:keepLines/>
      </w:pPr>
      <w:r>
        <w:t>Begin at 23:59/00:00 using server instant + confirmed profile IANA zone: the scheduled date must equal resolved today and exactly one stored date/snapshot results; client-zone disagreement cannot override authority.</w:t>
      </w:r>
    </w:p>
    <w:p>
      <w:pPr>
        <w:pStyle w:val="ListBullet"/>
        <w:keepLines/>
      </w:pPr>
      <w:r>
        <w:t>Begin with the same idempotency key twice and different keys rapidly: exactly one Obsession for the intended user/date and conversion; competitors receive the original receipt or `DAY_ALREADY_BEGUN`.</w:t>
      </w:r>
    </w:p>
    <w:p>
      <w:pPr>
        <w:pStyle w:val="ListBullet"/>
        <w:keepLines/>
      </w:pPr>
      <w:r>
        <w:t>Begin with Title missing or Question missing: rejected. Optional freeform/attachments missing: allowed.</w:t>
      </w:r>
    </w:p>
    <w:p>
      <w:pPr>
        <w:pStyle w:val="ListBullet"/>
        <w:keepLines/>
      </w:pPr>
      <w:r>
        <w:t>Forge update to frozen Brief/date after Begin: database/server rejects.</w:t>
      </w:r>
    </w:p>
    <w:p>
      <w:pPr>
        <w:pStyle w:val="ListBullet"/>
        <w:keepLines/>
      </w:pPr>
      <w:r>
        <w:t>Complete Active Day without capture: allowed.</w:t>
      </w:r>
    </w:p>
    <w:p>
      <w:pPr>
        <w:pStyle w:val="ListBullet"/>
        <w:keepLines/>
      </w:pPr>
      <w:r>
        <w:t>Leave each Closeout step and resume: Outcome, discrete Discovery/Open Thread items and order, Story, Results order, Cover crop/readiness, Archive additions, and step are preserved exactly.</w:t>
      </w:r>
    </w:p>
    <w:p>
      <w:pPr>
        <w:pStyle w:val="ListBullet"/>
        <w:keepLines/>
      </w:pPr>
      <w:r>
        <w:t>Finish with Outcome missing: rejected. Finish with Cover missing/processing/failed or only fallback: rejected.</w:t>
      </w:r>
    </w:p>
    <w:p>
      <w:pPr>
        <w:pStyle w:val="ListBullet"/>
        <w:keepLines/>
      </w:pPr>
      <w:r>
        <w:t>Finish with Outcome + ready Cover and no Discoveries/Story/Results/Open Threads/Preserve additions: allowed.</w:t>
      </w:r>
    </w:p>
    <w:p>
      <w:pPr>
        <w:pStyle w:val="ListBullet"/>
        <w:keepLines/>
      </w:pPr>
      <w:r>
        <w:t>Finish twice: one Exhibit/version and completed timestamp.</w:t>
      </w:r>
    </w:p>
    <w:p>
      <w:pPr>
        <w:pStyle w:val="ListBullet"/>
        <w:keepLines/>
      </w:pPr>
      <w:r>
        <w:t>Create Result without Title: rejected. Create with Title plus supported file, link, or media and no category: allowed.</w:t>
      </w:r>
    </w:p>
    <w:p>
      <w:pPr>
        <w:pStyle w:val="ListBullet"/>
      </w:pPr>
      <w:r>
        <w:t>Create Discovery without Title: rejected. Create multiple titled Discoveries with optional bodies, reorder/remove, resume, and edit: exact canonical order/content persists; no tags/categories/scores/types exist.</w:t>
      </w:r>
    </w:p>
    <w:p>
      <w:pPr>
        <w:pStyle w:val="ListBullet"/>
      </w:pPr>
      <w:r>
        <w:t>Save one Open Thread as Possibility twice/retry: one unscheduled Possibility and one declared relationship to the source Obsession exist with `declaration_action = open_thread_save_as_possibility`; tomorrow is blocked by the normal spacing rule; no other Open Thread creates anything automatically.</w:t>
      </w:r>
    </w:p>
    <w:p>
      <w:pPr>
        <w:pStyle w:val="ListBullet"/>
      </w:pPr>
      <w:r>
        <w:t>Create an otherwise equivalent relationship through RelationshipPicker: it stores `declaration_action = relationship_picker`. Attempt to write any other declaration action through server or database paths: rejected. Both valid rows produce the same normal relationship semantics and next-day restriction.</w:t>
      </w:r>
    </w:p>
    <w:p>
      <w:pPr>
        <w:pStyle w:val="ListBullet"/>
        <w:keepLines/>
      </w:pPr>
      <w:r>
        <w:t>Verify S/M/L derive from the same Exhibit Version; no authored size-form data exists.</w:t>
      </w:r>
    </w:p>
    <w:p>
      <w:pPr>
        <w:pStyle w:val="ListBullet"/>
      </w:pPr>
      <w:r>
        <w:t>Verify S/History card derives Cover, Title, historical date, and Outcome excerpt from the same Exhibit Version; no separately authored Small blurb exists.</w:t>
      </w:r>
    </w:p>
    <w:p>
      <w:pPr>
        <w:pStyle w:val="ListBullet"/>
        <w:keepLines/>
      </w:pPr>
      <w:r>
        <w:t>Request XL/Archive as owner, different user, and anonymous: owner succeeds; others fail without existence leakage.</w:t>
      </w:r>
    </w:p>
    <w:p>
      <w:pPr>
        <w:pStyle w:val="ListBullet"/>
      </w:pPr>
      <w:r>
        <w:t>With zero Preserve uploads, XL still composes frozen Brief/Title/Question/freeform/starting attachments/lineage and canonical Outcome/Discoveries/Story/Results/Open Threads/Cover/Exhibit-version metadata. Additional private After material remains optional.</w:t>
      </w:r>
    </w:p>
    <w:p>
      <w:pPr>
        <w:pStyle w:val="ListBullet"/>
        <w:keepLines/>
      </w:pPr>
      <w:r>
        <w:t>Public publish payload snapshot contains only allow-listed whole-exhibit keys; no selected public form field exists.</w:t>
      </w:r>
    </w:p>
    <w:p>
      <w:pPr>
        <w:pStyle w:val="ListBullet"/>
        <w:keepLines/>
      </w:pPr>
      <w:r>
        <w:t>Public asset missing after publication: fallback displays and private object is never signed; owner is alerted.</w:t>
      </w:r>
    </w:p>
    <w:p>
      <w:pPr>
        <w:pStyle w:val="ListBullet"/>
        <w:keepLines/>
      </w:pPr>
      <w:r>
        <w:t>Change Public to Private: projection stops resolving; Archive is unchanged.</w:t>
      </w:r>
    </w:p>
    <w:p>
      <w:pPr>
        <w:pStyle w:val="ListBullet"/>
        <w:keepLines/>
      </w:pPr>
      <w:r>
        <w:t>Travel/change profile zone after Finish: History date unchanged.</w:t>
      </w:r>
    </w:p>
    <w:p>
      <w:pPr>
        <w:pStyle w:val="ListBullet"/>
        <w:keepLines/>
      </w:pPr>
      <w:r>
        <w:t>Similar unrelated day is allowed; declared differently worded yesterday relation is blocked.</w:t>
      </w:r>
    </w:p>
    <w:p>
      <w:pPr>
        <w:pStyle w:val="ListBullet"/>
        <w:keepLines/>
      </w:pPr>
      <w:r>
        <w:t>Older unfinished Obsession remains resumable while a new eligible day can Begin.</w:t>
      </w:r>
    </w:p>
    <w:p>
      <w:pPr>
        <w:pStyle w:val="ListBullet"/>
        <w:keepLines/>
      </w:pPr>
      <w:r>
        <w:t>Route/nav snapshot confirms Today / Possibilities / Schedule / History and no Archive primary tab.</w:t>
      </w:r>
    </w:p>
    <w:p>
      <w:pPr>
        <w:pStyle w:val="Heading2"/>
        <w:keepNext/>
        <w:keepLines/>
      </w:pPr>
      <w:r>
        <w:t>20. Lovable prompt/build sequence</w:t>
      </w:r>
    </w:p>
    <w:p>
      <w:r>
        <w:t>Use one Lovable draft per vertical slice. Before accepting a draft, inspect generated schema, constraints, RLS, server functions, storage policies, types, routes, and browser behavior together.</w:t>
      </w:r>
    </w:p>
    <w:p>
      <w:pPr>
        <w:pStyle w:val="ListNumber"/>
        <w:keepLines/>
        <w:numPr>
          <w:ilvl w:val="0"/>
          <w:numId w:val="16"/>
        </w:numPr>
      </w:pPr>
      <w:r>
        <w:t>“Adopt the frozen Product Specification and frozen Implementation Plan as Project Knowledge. Implement Phase 0 only. Do not add dashboard, task, AI, social, marketplace, analytics, preservation-form, archived-exhibit, or Result-category concepts.”</w:t>
      </w:r>
    </w:p>
    <w:p>
      <w:pPr>
        <w:pStyle w:val="ListNumber"/>
        <w:keepLines/>
        <w:numPr>
          <w:ilvl w:val="0"/>
          <w:numId w:val="16"/>
        </w:numPr>
      </w:pPr>
      <w:r>
        <w:t>“Implement Phase 1 as one private end-to-end vertical slice. Onboarding must create the first Question-only Possibility without profile setup. Private use requires no display name or confirmed zone. Defer human time-zone confirmation until the first date-sensitive action; browser zone is suggestion/mismatch only. The database must separately enforce one scheduled Possibility and one actual Obsession per user/date. Begin computes resolved today from one server instant + confirmed profile zone before the date lock, requires the source scheduled for that exact date, and returns TIME_ZONE_CONFIRMATION_REQUIRED or DAY_ALREADY_BEGUN as appropriate. Use Let it go for ordinary Possibility removal. Brief requires Title + Question. Include secure external-image upload/eligible-selection, crop, and readiness because a real ready Cover is required for Finish. Private Finish needs no public identity. Active Day must work with no capture.”</w:t>
      </w:r>
    </w:p>
    <w:p>
      <w:pPr>
        <w:pStyle w:val="ListNumber"/>
        <w:keepLines/>
        <w:numPr>
          <w:ilvl w:val="0"/>
          <w:numId w:val="16"/>
        </w:numPr>
      </w:pPr>
      <w:r>
        <w:t>“Implement Reflect → Show → Preserve → Finish exactly: Outcome required; Discoveries are optional ordered records with + Add Discovery; Story optional; Results/Open Threads optional; Save as Possibility is deliberate, explicitly lineage-declaring in the same atomic action, unscheduled, and idempotent; a real externally sourced Cover is required; Archive automatically composes canonical Before/After and is always private; Finish previews the whole exhibit and defaults Private without requiring display name/handle. If Public is chosen, require display name + unique handle at that threshold. Do not implement Cover generation or S/M/L/XL authoring/publishing choices.”</w:t>
      </w:r>
    </w:p>
    <w:p>
      <w:pPr>
        <w:pStyle w:val="ListNumber"/>
        <w:keepLines/>
        <w:numPr>
          <w:ilvl w:val="0"/>
          <w:numId w:val="16"/>
        </w:numPr>
      </w:pPr>
      <w:r>
        <w:t>“Run Phase 1 acceptance criteria and report failures before changing scope.”</w:t>
      </w:r>
    </w:p>
    <w:p>
      <w:pPr>
        <w:pStyle w:val="ListNumber"/>
        <w:keepLines/>
        <w:numPr>
          <w:ilvl w:val="0"/>
          <w:numId w:val="16"/>
        </w:numPr>
      </w:pPr>
      <w:r>
        <w:t>For each later phase, provide its Build and Acceptance subsections verbatim and implement only that slice.</w:t>
      </w:r>
    </w:p>
    <w:p>
      <w:pPr>
        <w:pStyle w:val="ListNumber"/>
        <w:keepLines/>
        <w:numPr>
          <w:ilvl w:val="0"/>
          <w:numId w:val="16"/>
        </w:numPr>
      </w:pPr>
      <w:r>
        <w:t>After each accepted migration: regenerate types, inspect RLS/storage policies, run owner/different-user/anonymous denial tests, run transition/concurrency tests, and checkpoint the project.</w:t>
      </w:r>
    </w:p>
    <w:p>
      <w:r>
        <w:t>Avoid prompts such as “build the whole app,” “make a productivity dashboard,” or “add all backend tables.” They invite drift and separate infrastructure from the human loop.</w:t>
      </w:r>
    </w:p>
    <w:p>
      <w:pPr>
        <w:pStyle w:val="Heading2"/>
        <w:keepNext/>
        <w:keepLines/>
      </w:pPr>
      <w:r>
        <w:t>21. Explicit deferrals</w:t>
      </w:r>
    </w:p>
    <w:p>
      <w:r>
        <w:t>The following remain outside Personal v0.1 and must not appear as placeholders, navigation, teaser cards, dormant tables, or generic affordances:</w:t>
      </w:r>
    </w:p>
    <w:p>
      <w:pPr>
        <w:pStyle w:val="ListBullet"/>
        <w:keepLines/>
      </w:pPr>
      <w:r>
        <w:t>Trades, commissions, bookings, payments, proposals, bidding, ratings, reputation, escrow, or marketplace matching.</w:t>
      </w:r>
    </w:p>
    <w:p>
      <w:pPr>
        <w:pStyle w:val="ListBullet"/>
        <w:keepLines/>
      </w:pPr>
      <w:r>
        <w:t>Teams, organizations, roles, approvals, shared workspaces, or organizational scheduling.</w:t>
      </w:r>
    </w:p>
    <w:p>
      <w:pPr>
        <w:pStyle w:val="ListBullet"/>
        <w:keepLines/>
      </w:pPr>
      <w:r>
        <w:t>AI-requested Obsessions, inference, recommendations, relationship detection, chat, agents, automatic research, generated reflection, or Cover generation.</w:t>
      </w:r>
    </w:p>
    <w:p>
      <w:pPr>
        <w:pStyle w:val="ListBullet"/>
        <w:keepLines/>
      </w:pPr>
      <w:r>
        <w:t>Social feeds, follows, likes, comments, reactions, reposts, view counts, trending, discovery, or engagement notifications.</w:t>
      </w:r>
    </w:p>
    <w:p>
      <w:pPr>
        <w:pStyle w:val="ListBullet"/>
        <w:keepLines/>
      </w:pPr>
      <w:r>
        <w:t>Tasks, subtasks, projects, priorities, estimates, recurring Obsessions, pressure reminders, timers, pomodoro, streaks, points, badges, grading, or productivity analytics.</w:t>
      </w:r>
    </w:p>
    <w:p>
      <w:pPr>
        <w:pStyle w:val="ListBullet"/>
        <w:keepLines/>
      </w:pPr>
      <w:r>
        <w:t>Native mobile applications; responsive web/PWA is sufficient.</w:t>
      </w:r>
    </w:p>
    <w:p>
      <w:pPr>
        <w:pStyle w:val="ListBullet"/>
        <w:keepLines/>
      </w:pPr>
      <w:r>
        <w:t>Capture-centered Active Day workspace or required activity logging.</w:t>
      </w:r>
    </w:p>
    <w:p>
      <w:pPr>
        <w:pStyle w:val="Heading2"/>
        <w:keepNext/>
        <w:keepLines/>
      </w:pPr>
      <w:r>
        <w:t>22. Conflicts Corrected</w:t>
      </w:r>
    </w:p>
    <w:p>
      <w:pPr>
        <w:pStyle w:val="ListBullet"/>
        <w:keepNext/>
        <w:keepLines/>
      </w:pPr>
      <w:r>
        <w:t>Removed initial profile setup from onboarding; first run now creates a real Question-only Possibility and permits unscheduled entry into the normal product.</w:t>
      </w:r>
    </w:p>
    <w:p>
      <w:pPr>
        <w:pStyle w:val="ListBullet"/>
        <w:keepNext/>
        <w:keepLines/>
      </w:pPr>
      <w:r>
        <w:t>Made display name and confirmed time zone nullable for private use; deferred explicit zone confirmation until the first date-sensitive action and made browser zone suggestion/mismatch input only.</w:t>
      </w:r>
    </w:p>
    <w:p>
      <w:pPr>
        <w:pStyle w:val="ListBullet"/>
        <w:keepNext/>
        <w:keepLines/>
      </w:pPr>
      <w:r>
        <w:t>Reordered `begin_obsession` so confirmed-zone validation, one server instant, and `resolved_today` resolution precede the date-specific lock; removed duplicate Possibility conversion wording.</w:t>
      </w:r>
    </w:p>
    <w:p>
      <w:pPr>
        <w:pStyle w:val="ListBullet"/>
        <w:keepNext/>
        <w:keepLines/>
      </w:pPr>
      <w:r>
        <w:t>Restored Let it go as the ordinary Possibility removal language and separated it from permanent Settings deletion; limited display name + unique handle requirements to Public publishing.</w:t>
      </w:r>
    </w:p>
    <w:p>
      <w:pPr>
        <w:pStyle w:val="ListBullet"/>
        <w:keepLines/>
      </w:pPr>
      <w:r>
        <w:t>Replaced multi-candidate/multi-item scheduling implications with a database-enforced maximum of one scheduled Possibility per user/local date and explicit Replace / Move / Return transitions.</w:t>
      </w:r>
    </w:p>
    <w:p>
      <w:pPr>
        <w:pStyle w:val="ListBullet"/>
        <w:keepLines/>
      </w:pPr>
      <w:r>
        <w:t>Replaced Brief Question + Starting Point readiness with required Title + Question only.</w:t>
      </w:r>
    </w:p>
    <w:p>
      <w:pPr>
        <w:pStyle w:val="ListBullet"/>
        <w:keepLines/>
      </w:pPr>
      <w:r>
        <w:t>Removed `starting_point`, `pull`, `explore_make_find`, separate Context, and equivalent prompt structure; retained one optional `freeform_text` plus attachments.</w:t>
      </w:r>
    </w:p>
    <w:p>
      <w:pPr>
        <w:pStyle w:val="ListBullet"/>
        <w:keepLines/>
      </w:pPr>
      <w:r>
        <w:t>Moved Cover upload/select/crop/readiness into the first complete slice and changed Cover from optional to required for Finish.</w:t>
      </w:r>
    </w:p>
    <w:p>
      <w:pPr>
        <w:pStyle w:val="ListBullet"/>
        <w:keepLines/>
      </w:pPr>
      <w:r>
        <w:t>Limited typographic Cover fallback to post-completion/public display resilience; it cannot satisfy completion.</w:t>
      </w:r>
    </w:p>
    <w:p>
      <w:pPr>
        <w:pStyle w:val="ListBullet"/>
        <w:keepLines/>
      </w:pPr>
      <w:r>
        <w:t>Rebuilt Closeout fields/states as Reflect (Outcome required; Discoveries/Story optional) → Show (Results/Open Threads optional; Cover required) → Preserve (private Archive) → Finish (whole-exhibit preview and Private/Public choice).</w:t>
      </w:r>
    </w:p>
    <w:p>
      <w:pPr>
        <w:pStyle w:val="ListBullet"/>
        <w:keepLines/>
      </w:pPr>
      <w:r>
        <w:t>Replaced attachment-role/caption-only Results with structured Result records containing required Title, optional Description, and file/link/media; removed user-selected Result type/category.</w:t>
      </w:r>
    </w:p>
    <w:p>
      <w:pPr>
        <w:pStyle w:val="ListBullet"/>
        <w:keepLines/>
      </w:pPr>
      <w:r>
        <w:t>Removed `preservation_form`, `selected_size`, public-form eligibility, separate short/medium/large authored bodies, and every prompt asking the user to author/select S/M/L/XL.</w:t>
      </w:r>
    </w:p>
    <w:p>
      <w:pPr>
        <w:pStyle w:val="ListBullet"/>
        <w:keepLines/>
      </w:pPr>
      <w:r>
        <w:t>Recast S/M/L as progressive views over one Exhibit Version and XL as entry to the private Archive.</w:t>
      </w:r>
    </w:p>
    <w:p>
      <w:pPr>
        <w:pStyle w:val="ListBullet"/>
        <w:keepLines/>
      </w:pPr>
      <w:r>
        <w:t>Removed Archive from the Obsession lifecycle enum and removed the obsolete global removal/restore behavior that hid exhibits from History or forced unpublishing.</w:t>
      </w:r>
    </w:p>
    <w:p>
      <w:pPr>
        <w:pStyle w:val="ListBullet"/>
        <w:keepLines/>
      </w:pPr>
      <w:r>
        <w:t>Replaced the prior global archive/removal concept with an always-private Archive attached to each Obsession and organized as What You Started With / What You Preserved / What Came Back.</w:t>
      </w:r>
    </w:p>
    <w:p>
      <w:pPr>
        <w:pStyle w:val="ListBullet"/>
        <w:keepLines/>
      </w:pPr>
      <w:r>
        <w:t>Corrected primary navigation to Today / Possibilities / Schedule / History and added Schedule as a first-class route.</w:t>
      </w:r>
    </w:p>
    <w:p>
      <w:pPr>
        <w:pStyle w:val="ListBullet"/>
        <w:keepLines/>
      </w:pPr>
      <w:r>
        <w:t>Changed the default schedule emphasis from seven days to approximately 14 days, with longer-range dates secondary.</w:t>
      </w:r>
    </w:p>
    <w:p>
      <w:pPr>
        <w:pStyle w:val="ListBullet"/>
        <w:keepLines/>
      </w:pPr>
      <w:r>
        <w:t>Removed Active Day capture from the golden-path requirement and kept any Add to Archive action secondary/deferred to Slice C.</w:t>
      </w:r>
    </w:p>
    <w:p>
      <w:pPr>
        <w:pStyle w:val="ListBullet"/>
        <w:keepLines/>
      </w:pPr>
      <w:r>
        <w:t>Made completed visibility Private by default and Public an explicit whole-exhibit choice.</w:t>
      </w:r>
    </w:p>
    <w:p>
      <w:pPr>
        <w:pStyle w:val="ListBullet"/>
        <w:keepLines/>
      </w:pPr>
      <w:r>
        <w:t>Removed public S/M/L selection and changed publishing/projection/tests to the whole finished exhibit while retaining S/M/L display depths.</w:t>
      </w:r>
    </w:p>
    <w:p>
      <w:pPr>
        <w:pStyle w:val="ListBullet"/>
        <w:keepLines/>
      </w:pPr>
      <w:r>
        <w:t>Updated schema, enums, routes, components, transitions, phases, acceptance criteria, test matrix, prompts, and Definition of Done for every downstream effect above.</w:t>
      </w:r>
    </w:p>
    <w:p>
      <w:pPr>
        <w:pStyle w:val="Heading2"/>
        <w:keepNext/>
        <w:keepLines/>
      </w:pPr>
      <w:r>
        <w:t>23. Implementation Decisions Preserved</w:t>
      </w:r>
    </w:p>
    <w:p>
      <w:pPr>
        <w:pStyle w:val="ListBullet"/>
        <w:keepLines/>
      </w:pPr>
      <w:r>
        <w:t>Lovable Cloud as the default integrated backend, without requiring an externally managed Supabase project.</w:t>
      </w:r>
    </w:p>
    <w:p>
      <w:pPr>
        <w:pStyle w:val="ListBullet"/>
        <w:keepLines/>
      </w:pPr>
      <w:r>
        <w:t>Postgres-style normalized relational modeling with UUIDs, `date`, `timestamptz`, IANA time zones, and typed enums.</w:t>
      </w:r>
    </w:p>
    <w:p>
      <w:pPr>
        <w:pStyle w:val="ListBullet"/>
        <w:keepLines/>
      </w:pPr>
      <w:r>
        <w:t>RLS owner isolation on all private rows and storage objects, plus independent server ownership checks.</w:t>
      </w:r>
    </w:p>
    <w:p>
      <w:pPr>
        <w:pStyle w:val="ListBullet"/>
        <w:keepLines/>
      </w:pPr>
      <w:r>
        <w:t>Secure private originals/previews and separately copied sanitized public assets.</w:t>
      </w:r>
    </w:p>
    <w:p>
      <w:pPr>
        <w:pStyle w:val="ListBullet"/>
        <w:keepLines/>
      </w:pPr>
      <w:r>
        <w:t>Server-validated state transitions and database constraints as lifecycle authority.</w:t>
      </w:r>
    </w:p>
    <w:p>
      <w:pPr>
        <w:pStyle w:val="ListBullet"/>
        <w:keepLines/>
      </w:pPr>
      <w:r>
        <w:t>Immutable versioned Brief snapshots at Begin and immutable historical Obsession Day.</w:t>
      </w:r>
    </w:p>
    <w:p>
      <w:pPr>
        <w:pStyle w:val="ListBullet"/>
        <w:keepLines/>
      </w:pPr>
      <w:r>
        <w:t>Immutable Exhibit Versions for safe post-completion editing and recoverable public updates.</w:t>
      </w:r>
    </w:p>
    <w:p>
      <w:pPr>
        <w:pStyle w:val="ListBullet"/>
        <w:keepLines/>
      </w:pPr>
      <w:r>
        <w:t>Idempotency keys/receipts for consequential and retry-prone operations.</w:t>
      </w:r>
    </w:p>
    <w:p>
      <w:pPr>
        <w:pStyle w:val="ListBullet"/>
        <w:keepLines/>
      </w:pPr>
      <w:r>
        <w:t>Autosave/resume, optimistic concurrency, local recovery, and no Save Draft action.</w:t>
      </w:r>
    </w:p>
    <w:p>
      <w:pPr>
        <w:pStyle w:val="ListBullet"/>
        <w:keepLines/>
      </w:pPr>
      <w:r>
        <w:t>Stable timezone handling based on one server instant and an explicitly human-confirmed profile IANA zone; browser detection is never authority.</w:t>
      </w:r>
    </w:p>
    <w:p>
      <w:pPr>
        <w:pStyle w:val="ListBullet"/>
        <w:keepLines/>
      </w:pPr>
      <w:r>
        <w:t>Allow-listed public projections that never hydrate or conceal private source fields in the browser.</w:t>
      </w:r>
    </w:p>
    <w:p>
      <w:pPr>
        <w:pStyle w:val="ListBullet"/>
        <w:keepLines/>
      </w:pPr>
      <w:r>
        <w:t>Separate Test and Live promotion with migration, RLS, storage, transition, and leak testing.</w:t>
      </w:r>
    </w:p>
    <w:p>
      <w:pPr>
        <w:pStyle w:val="ListBullet"/>
        <w:keepLines/>
      </w:pPr>
      <w:r>
        <w:t>Private operational transition events for diagnostics, never user-facing metrics.</w:t>
      </w:r>
    </w:p>
    <w:p>
      <w:pPr>
        <w:pStyle w:val="Heading2"/>
        <w:keepNext/>
        <w:keepLines/>
      </w:pPr>
      <w:r>
        <w:t>24. Remaining Unresolved Implementation Details</w:t>
      </w:r>
    </w:p>
    <w:p>
      <w:pPr>
        <w:pStyle w:val="ListBullet"/>
        <w:keepLines/>
      </w:pPr>
      <w:r>
        <w:t>Final per-file limits by MIME class after validating the selected Lovable Cloud plan.</w:t>
      </w:r>
    </w:p>
    <w:p>
      <w:pPr>
        <w:pStyle w:val="ListBullet"/>
        <w:keepLines/>
      </w:pPr>
      <w:r>
        <w:t>Exact image crop aspect ratio(s), derivative dimensions, quality settings, and whether processing is synchronous or queued; any choice must still produce a verified ready Cover before Finish.</w:t>
      </w:r>
    </w:p>
    <w:p>
      <w:pPr>
        <w:pStyle w:val="ListBullet"/>
        <w:keepLines/>
      </w:pPr>
      <w:r>
        <w:t>Final media normalization/poster-frame behavior and malware/scanning service or procedure.</w:t>
      </w:r>
    </w:p>
    <w:p>
      <w:pPr>
        <w:pStyle w:val="ListBullet"/>
        <w:keepLines/>
      </w:pPr>
      <w:r>
        <w:t>Storage export, retention, reconciliation, and disaster-recovery procedure for objects not included in database backups.</w:t>
      </w:r>
    </w:p>
    <w:p>
      <w:pPr>
        <w:pStyle w:val="ListBullet"/>
        <w:keepLines/>
      </w:pPr>
      <w:r>
        <w:t>Export package format and permanent account-deletion waiting period after privacy/legal review.</w:t>
      </w:r>
    </w:p>
    <w:p>
      <w:pPr>
        <w:pStyle w:val="ListBullet"/>
        <w:keepLines/>
      </w:pPr>
      <w:r>
        <w:t>Public handle change and redirect/retirement policy; old links must never expose private content.</w:t>
      </w:r>
    </w:p>
    <w:p>
      <w:pPr>
        <w:pStyle w:val="ListBullet"/>
        <w:keepLines/>
      </w:pPr>
      <w:r>
        <w:t>Whether an optional Result may contain more than one of file/link/media simultaneously. The UI must not introduce a type/category selector either way.</w:t>
      </w:r>
    </w:p>
    <w:p>
      <w:r>
        <w:t>These are implementation questions only. None may reopen settled product behavior.</w:t>
      </w:r>
    </w:p>
    <w:p>
      <w:pPr>
        <w:pStyle w:val="Heading2"/>
        <w:keepNext/>
        <w:keepLines/>
      </w:pPr>
      <w:r>
        <w:t>25. Definition of Personal v0.1 Done</w:t>
      </w:r>
    </w:p>
    <w:p>
      <w:r>
        <w:t>Personal v0.1 is done only when the complete canonical proof passes in a Live-equivalent environment:</w:t>
      </w:r>
    </w:p>
    <w:p>
      <w:pPr>
        <w:pStyle w:val="ListBullet"/>
        <w:keepLines/>
      </w:pPr>
      <w:r>
        <w:t>Authentication and minimal onboarding reach a real Question-only Possibility without profile setup, display name, public identity, or confirmed time zone; the person may Give it a day or leave it unscheduled and enter the normal product.</w:t>
      </w:r>
    </w:p>
    <w:p>
      <w:pPr>
        <w:pStyle w:val="ListBullet"/>
        <w:keepLines/>
      </w:pPr>
      <w:r>
        <w:t>Schedule emphasizes approximately 14 days, permits secondary farther dates, and never holds more than one scheduled Possibility per user/date. S06 supports direct day-first scheduling from an eligible empty date through an unscheduled-Possibility chooser and the same protected operation used by S07; success remains on S06 and shows the scheduled Question, while S07 remains the unchanged Possibility-first path.</w:t>
      </w:r>
    </w:p>
    <w:p>
      <w:pPr>
        <w:pStyle w:val="ListBullet"/>
        <w:keepLines/>
      </w:pPr>
      <w:r>
        <w:t>First Give it a day / Schedule / Begin without a confirmed zone returns `TIME_ZONE_CONFIRMATION_REQUIRED`; after explicit confirmation, server instant + confirmed profile zone is authoritative and browser zone remains suggestion/mismatch only.</w:t>
      </w:r>
    </w:p>
    <w:p>
      <w:pPr>
        <w:pStyle w:val="ListBullet"/>
        <w:keepLines/>
      </w:pPr>
      <w:r>
        <w:t>Ordinary Possibility removal is Let it go throughout the UI, removes the item from active Possibilities without permanent deletion, and uses none of the forbidden failure/deletion labels.</w:t>
      </w:r>
    </w:p>
    <w:p>
      <w:pPr>
        <w:pStyle w:val="ListBullet"/>
      </w:pPr>
      <w:r>
        <w:t>Database and server transitions permit at most one actual Obsession per user/`obsession_day`; Active, Closeout, and Finished dates are locked, while unfinished records from different historical dates remain resumable.</w:t>
      </w:r>
    </w:p>
    <w:p>
      <w:pPr>
        <w:pStyle w:val="ListBullet"/>
      </w:pPr>
      <w:r>
        <w:t>Begin verifies the confirmed zone, captures one server instant, resolves today, and only then queries the date lock. It succeeds only when the source remains scheduled for that resolved date; yesterday/tomorrow require explicit Reschedule / Give it Today, and missed dates never roll over automatically.</w:t>
      </w:r>
    </w:p>
    <w:p>
      <w:pPr>
        <w:pStyle w:val="ListBullet"/>
        <w:keepLines/>
      </w:pPr>
      <w:r>
        <w:t>Replace, Move, and Return preserve content and behave atomically.</w:t>
      </w:r>
    </w:p>
    <w:p>
      <w:pPr>
        <w:pStyle w:val="ListBullet"/>
        <w:keepLines/>
      </w:pPr>
      <w:r>
        <w:t>Brief autosaves Title + Question plus one optional freeform area/attachments; Begin freezes it and stamps a stable local date.</w:t>
      </w:r>
    </w:p>
    <w:p>
      <w:pPr>
        <w:pStyle w:val="ListBullet"/>
        <w:keepLines/>
      </w:pPr>
      <w:r>
        <w:t>Human-declared relationship rules and next-day restriction pass at scheduling and Begin; every Relationship stores the constrained creation metadata `declaration_action`, preserving picker versus Open Thread Save-as-Possibility declaration without changing semantics.</w:t>
      </w:r>
    </w:p>
    <w:p>
      <w:pPr>
        <w:pStyle w:val="ListBullet"/>
        <w:keepLines/>
      </w:pPr>
      <w:r>
        <w:t>Active Day is the sparsest screen and requires no capture.</w:t>
      </w:r>
    </w:p>
    <w:p>
      <w:pPr>
        <w:pStyle w:val="ListBullet"/>
        <w:keepLines/>
      </w:pPr>
      <w:r>
        <w:t>Reflect → Show → Preserve → Finish resumes exactly and blocks Finish without persisted Outcome and a ready image Cover.</w:t>
      </w:r>
    </w:p>
    <w:p>
      <w:pPr>
        <w:pStyle w:val="ListBullet"/>
        <w:keepLines/>
      </w:pPr>
      <w:r>
        <w:t>Results are optional structured Title/Description/file-link-media items with no category picker.</w:t>
      </w:r>
    </w:p>
    <w:p>
      <w:pPr>
        <w:pStyle w:val="ListBullet"/>
      </w:pPr>
      <w:r>
        <w:t>Discoveries are optional discrete ordered Title/Body records; Open Threads create one unscheduled, related Possibility only through explicit idempotent Save as Possibility.</w:t>
      </w:r>
    </w:p>
    <w:p>
      <w:pPr>
        <w:pStyle w:val="ListBullet"/>
        <w:keepLines/>
      </w:pPr>
      <w:r>
        <w:t>The attached private Archive automatically composes the complete canonical What You Started With and What Came Back records while What You Preserved contains only deliberately added private material; no completed content is uploaded twice.</w:t>
      </w:r>
    </w:p>
    <w:p>
      <w:pPr>
        <w:pStyle w:val="ListBullet"/>
        <w:keepLines/>
      </w:pPr>
      <w:r>
        <w:t>Finish previews the entire exhibit and succeeds Private without display name or handle. Public is explicit for the whole exhibit and requires display name + unique handle at that threshold only.</w:t>
      </w:r>
    </w:p>
    <w:p>
      <w:pPr>
        <w:pStyle w:val="ListBullet"/>
        <w:keepLines/>
      </w:pPr>
      <w:r>
        <w:t>One editable Completed Obsession renders S/M/L conceptual depths; XL opens only its private Archive.</w:t>
      </w:r>
    </w:p>
    <w:p>
      <w:pPr>
        <w:pStyle w:val="ListBullet"/>
        <w:keepLines/>
      </w:pPr>
      <w:r>
        <w:t>History remains a gallery of Completed Obsessions and Archive never removes an exhibit from it.</w:t>
      </w:r>
    </w:p>
    <w:p>
      <w:pPr>
        <w:pStyle w:val="ListBullet"/>
      </w:pPr>
      <w:r>
        <w:t>History cards present what came back—Cover, Title, historical date, and Outcome excerpt—from the same Exhibit data, with Question optional/secondary and no separately authored Small body.</w:t>
      </w:r>
    </w:p>
    <w:p>
      <w:pPr>
        <w:pStyle w:val="ListBullet"/>
        <w:keepLines/>
      </w:pPr>
      <w:r>
        <w:t>Public projections expose only allow-listed whole-exhibit data and sanitized assets; Archive/private source data never leaks.</w:t>
      </w:r>
    </w:p>
    <w:p>
      <w:pPr>
        <w:pStyle w:val="ListBullet"/>
        <w:keepLines/>
      </w:pPr>
      <w:r>
        <w:t>RLS, storage isolation, concurrency, idempotency, autosave, timezone, transition, accessibility, and cross-user/anonymous tests pass.</w:t>
      </w:r>
    </w:p>
    <w:p>
      <w:pPr>
        <w:pStyle w:val="ListBullet"/>
        <w:keepLines/>
      </w:pPr>
      <w:r>
        <w:t>No obsolete preservation form or global removal/restore lifecycle, split Brief prompts, optional-Cover completion, capture-centered Active Day, or public size selector remains in schema, code, routes, prompts, tests, or UI.</w:t>
      </w:r>
    </w:p>
    <w:p>
      <w:r>
        <w:t>Anything that improves generic productivity, engagement, execution, social reach, or marketplace exchange while this proof is incomplete is not Personal v0.1 progress.</w:t>
      </w:r>
    </w:p>
    <w:p>
      <w:pPr>
        <w:pStyle w:val="ListBullet"/>
      </w:pPr>
      <w:r>
        <w:t>No Cover generation provider, prompt, UI, or server function exists; only upload or eligible associated-image selection plus presentation processing is implemented.</w:t>
      </w:r>
    </w:p>
    <w:p>
      <w:pPr>
        <w:pStyle w:val="Heading2"/>
        <w:keepNext/>
        <w:keepLines/>
      </w:pPr>
      <w:r>
        <w:t>Appendix A — Current Lovable platform references</w:t>
      </w:r>
    </w:p>
    <w:p>
      <w:pPr>
        <w:pStyle w:val="ListBullet"/>
        <w:keepLines/>
      </w:pPr>
      <w:r>
        <w:t>Lovable Cloud overview: https://docs.lovable.dev/features/cloud</w:t>
      </w:r>
    </w:p>
    <w:p>
      <w:pPr>
        <w:pStyle w:val="ListBullet"/>
        <w:keepLines/>
      </w:pPr>
      <w:r>
        <w:t>Managed database and RLS: https://docs.lovable.dev/features/database</w:t>
      </w:r>
    </w:p>
    <w:p>
      <w:pPr>
        <w:pStyle w:val="ListBullet"/>
        <w:keepLines/>
      </w:pPr>
      <w:r>
        <w:t>Security practices for server functions, RLS, authentication, and secrets: https://docs.lovable.dev/tips-tricks/security-best-practices</w:t>
      </w:r>
    </w:p>
    <w:p>
      <w:r>
        <w:t>Platform limits and behavior must be rechecked against official Lovable documentation immediately before production launch.</w:t>
      </w:r>
    </w:p>
    <w:p>
      <w:pPr>
        <w:pStyle w:val="Heading2"/>
      </w:pPr>
      <w:r>
        <w:t>Final Corrections Applied</w:t>
      </w:r>
    </w:p>
    <w:p>
      <w:pPr>
        <w:pStyle w:val="ListBullet"/>
      </w:pPr>
      <w:r>
        <w:t>Synchronized onboarding, nullable private identity, deferred human time-zone confirmation, browser-zone non-authority, corrected Begin sequencing, Let it go UI semantics, and publish-threshold identity across schema, routes, components, operations, phases, tests, prompts, and Done criteria.</w:t>
      </w:r>
    </w:p>
    <w:p>
      <w:pPr>
        <w:pStyle w:val="ListBullet"/>
      </w:pPr>
      <w:r>
        <w:t>Added database-enforced `UNIQUE (user_id, obsession_day)`, day-lock checks, typed `DAY_ALREADY_BEGUN`, concurrency tests, and downstream Done criteria while preserving multiple unfinished historical days.</w:t>
      </w:r>
    </w:p>
    <w:p>
      <w:pPr>
        <w:pStyle w:val="ListBullet"/>
      </w:pPr>
      <w:r>
        <w:t>Made Begin authoritative to server-resolved today in the confirmed IANA zone and the source Possibility’s exact current scheduled date; added calm mismatch recovery and yesterday/today/tomorrow tests.</w:t>
      </w:r>
    </w:p>
    <w:p>
      <w:pPr>
        <w:pStyle w:val="ListBullet"/>
      </w:pPr>
      <w:r>
        <w:t>Normalized Discoveries into optional ordered Title/Body records with + Add Discovery, reorder/remove, autosave/resume, exhibit composition, and tests.</w:t>
      </w:r>
    </w:p>
    <w:p>
      <w:pPr>
        <w:pStyle w:val="ListBullet"/>
      </w:pPr>
      <w:r>
        <w:t>Restored explicit idempotent Save as Possibility for each Open Thread, creating one unscheduled Possibility plus human-established lineage and automatic next-day restriction.</w:t>
      </w:r>
    </w:p>
    <w:p>
      <w:pPr>
        <w:pStyle w:val="ListBullet"/>
      </w:pPr>
      <w:r>
        <w:t>Made Archive Before and After sections automatic compositions of canonical frozen and completed records; retained deliberate private material in What You Preserved and optional later After additions.</w:t>
      </w:r>
    </w:p>
    <w:p>
      <w:pPr>
        <w:pStyle w:val="ListBullet"/>
      </w:pPr>
      <w:r>
        <w:t>Removed remaining obsolete global removal/restore lifecycle and stale relationship-endpoint terminology; used deleted/tombstoned endpoints where needed.</w:t>
      </w:r>
    </w:p>
    <w:p>
      <w:pPr>
        <w:pStyle w:val="ListBullet"/>
      </w:pPr>
      <w:r>
        <w:t>Excluded all ObsessOS-native Cover generation and limited Cover intake to uploaded or eligible associated images created/obtained elsewhere, with crop/reposition/processing only.</w:t>
      </w:r>
    </w:p>
    <w:p>
      <w:pPr>
        <w:pStyle w:val="ListBullet"/>
      </w:pPr>
      <w:r>
        <w:t>Reoriented S/History cards toward the completed day and what came back using Cover, Title, date, and Outcome excerpt without a separately authored Small blurb.</w:t>
      </w:r>
    </w:p>
    <w:p>
      <w:pPr>
        <w:pStyle w:val="ListBullet"/>
      </w:pPr>
      <w:r>
        <w:t>Updated schema, constraints, indexes, routes, components, server operations, scheduling/Begin logic, Closeout structures, Archive representation, exhibit versions, vertical slices, phases, acceptance criteria, invariant tests, Lovable prompts, and Definition of Done for every downstream effect.</w:t>
      </w:r>
    </w:p>
    <w:p>
      <w:pPr>
        <w:pStyle w:val="ListBullet"/>
      </w:pPr>
      <w:r>
        <w:t>Synchronized date-first schedule entry so an eligible empty S06 day opens an unscheduled-Possibility chooser and schedules directly through the existing protected operation, with pending time-zone confirmation resume, unchanged canonical rejection/recovery behavior, S06 stay-and-refresh success, and no routing through S07; S07 remains unchanged for Possibility-first scheduling.</w:t>
      </w:r>
    </w:p>
    <w:p>
      <w:pPr>
        <w:pStyle w:val="Heading2"/>
      </w:pPr>
      <w:r>
        <w:t>Canonical Invariants Verified</w:t>
      </w:r>
    </w:p>
    <w:p>
      <w:pPr>
        <w:spacing w:before="0" w:after="20" w:line="240" w:lineRule="auto"/>
      </w:pPr>
      <w:r>
        <w:rPr>
          <w:sz w:val="18"/>
        </w:rPr>
        <w:t>1. One scheduled Possibility per human/date is enforced.</w:t>
      </w:r>
    </w:p>
    <w:p>
      <w:pPr>
        <w:spacing w:before="0" w:after="20" w:line="240" w:lineRule="auto"/>
      </w:pPr>
      <w:r>
        <w:rPr>
          <w:sz w:val="18"/>
        </w:rPr>
        <w:t>2. One actual Obsession per human/date is enforced.</w:t>
      </w:r>
    </w:p>
    <w:p>
      <w:pPr>
        <w:spacing w:before="0" w:after="20" w:line="240" w:lineRule="auto"/>
      </w:pPr>
      <w:r>
        <w:t>3. Begin resolves the local date from one server instant + confirmed profile IANA zone before the day-lock query and is allowed only on the Possibility’s currently scheduled resolved date.</w:t>
      </w:r>
    </w:p>
    <w:p>
      <w:pPr>
        <w:spacing w:before="0" w:after="20" w:line="240" w:lineRule="auto"/>
      </w:pPr>
      <w:r>
        <w:t>4. Relationships are human-declared only through the picker or explicit Save as Possibility, preserve the correct typed `declaration_action`, record known lineage atomically, and never arise through inference.</w:t>
      </w:r>
    </w:p>
    <w:p>
      <w:pPr>
        <w:spacing w:before="0" w:after="20" w:line="240" w:lineRule="auto"/>
      </w:pPr>
      <w:r>
        <w:rPr>
          <w:sz w:val="18"/>
        </w:rPr>
        <w:t>5. Related Obsessions cannot occupy consecutive days.</w:t>
      </w:r>
    </w:p>
    <w:p>
      <w:pPr>
        <w:spacing w:before="0" w:after="20" w:line="240" w:lineRule="auto"/>
      </w:pPr>
      <w:r>
        <w:rPr>
          <w:sz w:val="18"/>
        </w:rPr>
        <w:t>6. Beyond the frozen Brief, Outcome and a real image Cover are the only required closeout content.</w:t>
      </w:r>
    </w:p>
    <w:p>
      <w:pPr>
        <w:spacing w:before="0" w:after="20" w:line="240" w:lineRule="auto"/>
      </w:pPr>
      <w:r>
        <w:rPr>
          <w:sz w:val="18"/>
        </w:rPr>
        <w:t>7. Discoveries are discrete optional items.</w:t>
      </w:r>
    </w:p>
    <w:p>
      <w:pPr>
        <w:spacing w:before="0" w:after="20" w:line="240" w:lineRule="auto"/>
      </w:pPr>
      <w:r>
        <w:rPr>
          <w:sz w:val="18"/>
        </w:rPr>
        <w:t>8. Open Threads create Possibilities only through explicit human action.</w:t>
      </w:r>
    </w:p>
    <w:p>
      <w:pPr>
        <w:spacing w:before="0" w:after="20" w:line="240" w:lineRule="auto"/>
      </w:pPr>
      <w:r>
        <w:rPr>
          <w:sz w:val="18"/>
        </w:rPr>
        <w:t>9. Archive automatically contains the complete canonical Before / Preserved / After record without duplicate preservation.</w:t>
      </w:r>
    </w:p>
    <w:p>
      <w:pPr>
        <w:spacing w:before="0" w:after="20" w:line="240" w:lineRule="auto"/>
      </w:pPr>
      <w:r>
        <w:rPr>
          <w:sz w:val="18"/>
        </w:rPr>
        <w:t>10. No obsolete global removal/restore lifecycle remains.</w:t>
      </w:r>
    </w:p>
    <w:p>
      <w:pPr>
        <w:spacing w:before="0" w:after="20" w:line="240" w:lineRule="auto"/>
      </w:pPr>
      <w:r>
        <w:rPr>
          <w:sz w:val="18"/>
        </w:rPr>
        <w:t>11. No ObsessOS-native AI or other Cover generation exists.</w:t>
      </w:r>
    </w:p>
    <w:p>
      <w:pPr>
        <w:spacing w:before="0" w:after="20" w:line="240" w:lineRule="auto"/>
      </w:pPr>
      <w:r>
        <w:rPr>
          <w:sz w:val="18"/>
        </w:rPr>
        <w:t>12. No productivity, engagement, project-management, or marketplace behavior has entered Personal v0.1.</w:t>
      </w:r>
    </w:p>
    <w:p>
      <w:pPr>
        <w:pStyle w:val="Heading2"/>
        <w:spacing w:before="0" w:after="20" w:line="240" w:lineRule="auto"/>
      </w:pPr>
      <w:r>
        <w:t>Final Implementation Lockdown Verification</w:t>
      </w:r>
    </w:p>
    <w:p>
      <w:pPr>
        <w:spacing w:before="0" w:after="20" w:line="240" w:lineRule="auto"/>
      </w:pPr>
      <w:r>
        <w:t>1. First Possibility requires no profile setup.</w:t>
      </w:r>
    </w:p>
    <w:p>
      <w:pPr>
        <w:spacing w:before="0" w:after="20" w:line="240" w:lineRule="auto"/>
      </w:pPr>
      <w:r>
        <w:t>2. Private use requires no display name.</w:t>
      </w:r>
    </w:p>
    <w:p>
      <w:pPr>
        <w:spacing w:before="0" w:after="20" w:line="240" w:lineRule="auto"/>
      </w:pPr>
      <w:r>
        <w:t>3. Time-zone confirmation is deferred until the first date-sensitive action if not already confirmed.</w:t>
      </w:r>
    </w:p>
    <w:p>
      <w:pPr>
        <w:spacing w:before="0" w:after="20" w:line="240" w:lineRule="auto"/>
      </w:pPr>
      <w:r>
        <w:t>4. Browser zone is suggestion/mismatch signal only.</w:t>
      </w:r>
    </w:p>
    <w:p>
      <w:pPr>
        <w:spacing w:before="0" w:after="20" w:line="240" w:lineRule="auto"/>
      </w:pPr>
      <w:r>
        <w:t>5. Server instant + confirmed profile IANA zone is date authority.</w:t>
      </w:r>
    </w:p>
    <w:p>
      <w:pPr>
        <w:spacing w:before="0" w:after="20" w:line="240" w:lineRule="auto"/>
      </w:pPr>
      <w:r>
        <w:t>6. `begin_obsession` resolves the date before querying the date-specific Obsession lock.</w:t>
      </w:r>
    </w:p>
    <w:p>
      <w:pPr>
        <w:spacing w:before="0" w:after="20" w:line="240" w:lineRule="auto"/>
      </w:pPr>
      <w:r>
        <w:t>7. One scheduled Possibility per user/date remains enforced.</w:t>
      </w:r>
    </w:p>
    <w:p>
      <w:pPr>
        <w:spacing w:before="0" w:after="20" w:line="240" w:lineRule="auto"/>
      </w:pPr>
      <w:r>
        <w:t>8. One actual Obsession per user/date remains enforced.</w:t>
      </w:r>
    </w:p>
    <w:p>
      <w:pPr>
        <w:spacing w:before="0" w:after="20" w:line="240" w:lineRule="auto"/>
      </w:pPr>
      <w:r>
        <w:t>9. Begin requires the source Possibility to be scheduled for resolved today.</w:t>
      </w:r>
    </w:p>
    <w:p>
      <w:pPr>
        <w:spacing w:before="0" w:after="20" w:line="240" w:lineRule="auto"/>
      </w:pPr>
      <w:r>
        <w:t>10. Let it go is the ordinary user-facing Possibility removal action and remains distinct from permanent deletion.</w:t>
      </w:r>
    </w:p>
    <w:p>
      <w:pPr>
        <w:spacing w:before="0" w:after="20" w:line="240" w:lineRule="auto"/>
      </w:pPr>
      <w:r>
        <w:t>11. Display name + unique handle are required only to publish.</w:t>
      </w:r>
    </w:p>
    <w:p>
      <w:pPr>
        <w:spacing w:before="0" w:after="20" w:line="240" w:lineRule="auto"/>
      </w:pPr>
      <w:r>
        <w:t>12. Relationships arise only through explicit human action, including explicit Save as Possibility lineage.</w:t>
      </w:r>
    </w:p>
    <w:p>
      <w:pPr>
        <w:spacing w:before="0" w:after="20" w:line="240" w:lineRule="auto"/>
      </w:pPr>
      <w:r>
        <w:t>13. All previously locked Closeout, Cover, Archive, History, privacy, and anti-drift behavior remains intact.</w:t>
      </w:r>
    </w:p>
    <w:p>
      <w:pPr/>
      <w:r>
        <w:t>14. Every Relationship stores the explicit human `declaration_action`, distinguishing relationship-picker declaration from Open Thread Save-as-Possibility declaration without creating different relationship semantics.</w:t>
      </w:r>
    </w:p>
    <w:p>
      <w:pPr>
        <w:spacing w:before="0" w:after="20" w:line="240" w:lineRule="auto"/>
      </w:pPr>
      <w:r>
        <w:t>“ObsessOS — Personal v0.1 Lovable Implementation Plan is frozen and synchronized with the frozen Product Specification and is ready to serve as the implementation directive for Lovable.”</w:t>
      </w:r>
    </w:p>
    <w:sectPr w:rsidR="00FC693F" w:rsidRPr="0006063C" w:rsidSect="00034616">
      <w:headerReference w:type="default" r:id="rId9"/>
      <w:footerReference w:type="default" r:id="rId10"/>
      <w:pgSz w:w="12240" w:h="15840"/>
      <w:pgMar w:top="1123" w:right="1181" w:bottom="1037" w:left="1181"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ptos" w:hAnsi="Aptos"/>
        <w:color w:val="6B7470"/>
        <w:sz w:val="16"/>
      </w:rPr>
      <w:t>Implementation directive  •  Revised 26 August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ptos" w:hAnsi="Aptos"/>
        <w:b/>
        <w:color w:val="5D6B65"/>
        <w:sz w:val="16"/>
      </w:rPr>
      <w:t>OBSESSOS  /  PERSONAL v0.1  /  LOVABLE IMPLEMENTATION PLAN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7"/>
    <w:lvlOverride w:ilvl="0">
      <w:startOverride w:val="1"/>
    </w:lvlOverride>
  </w:num>
  <w:num w:numId="15">
    <w:abstractNumId w:val="7"/>
    <w:lvlOverride w:ilvl="0">
      <w:startOverride w:val="1"/>
    </w:lvlOverride>
  </w:num>
  <w:num w:numId="16">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Aptos" w:hAnsi="Aptos"/>
      <w:b w:val="0"/>
      <w:color w:val="18212A"/>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outlineLvl w:val="0"/>
    </w:pPr>
    <w:rPr>
      <w:rFonts w:asciiTheme="majorHAnsi" w:eastAsiaTheme="majorEastAsia" w:hAnsiTheme="majorHAnsi" w:cstheme="majorBidi" w:ascii="Aptos Display" w:hAnsi="Aptos Display"/>
      <w:b/>
      <w:bCs/>
      <w:color w:val="2C5747"/>
      <w:sz w:val="48"/>
      <w:szCs w:val="28"/>
    </w:rPr>
  </w:style>
  <w:style w:type="paragraph" w:styleId="Heading2">
    <w:name w:val="heading 2"/>
    <w:basedOn w:val="Normal"/>
    <w:next w:val="Normal"/>
    <w:link w:val="Heading2Char"/>
    <w:uiPriority w:val="9"/>
    <w:unhideWhenUsed/>
    <w:qFormat/>
    <w:rsid w:val="00FC693F"/>
    <w:pPr>
      <w:keepNext/>
      <w:keepLines/>
      <w:spacing w:before="280" w:after="100"/>
      <w:outlineLvl w:val="1"/>
    </w:pPr>
    <w:rPr>
      <w:rFonts w:asciiTheme="majorHAnsi" w:eastAsiaTheme="majorEastAsia" w:hAnsiTheme="majorHAnsi" w:cstheme="majorBidi" w:ascii="Aptos Display" w:hAnsi="Aptos Display"/>
      <w:b/>
      <w:bCs/>
      <w:color w:val="2C5747"/>
      <w:sz w:val="31"/>
      <w:szCs w:val="26"/>
    </w:rPr>
  </w:style>
  <w:style w:type="paragraph" w:styleId="Heading3">
    <w:name w:val="heading 3"/>
    <w:basedOn w:val="Normal"/>
    <w:next w:val="Normal"/>
    <w:link w:val="Heading3Char"/>
    <w:uiPriority w:val="9"/>
    <w:unhideWhenUsed/>
    <w:qFormat/>
    <w:rsid w:val="00FC693F"/>
    <w:pPr>
      <w:keepNext/>
      <w:keepLines/>
      <w:spacing w:before="180" w:after="60"/>
      <w:outlineLvl w:val="2"/>
    </w:pPr>
    <w:rPr>
      <w:rFonts w:asciiTheme="majorHAnsi" w:eastAsiaTheme="majorEastAsia" w:hAnsiTheme="majorHAnsi" w:cstheme="majorBidi" w:ascii="Aptos" w:hAnsi="Aptos"/>
      <w:b/>
      <w:bCs/>
      <w:color w:val="2C574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b/>
      <w:color w:val="2C5747"/>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50" w:line="252" w:lineRule="auto"/>
      <w:contextualSpacing/>
    </w:pPr>
    <w:rPr>
      <w:rFonts w:ascii="Aptos" w:hAnsi="Aptos"/>
      <w:b w:val="0"/>
      <w:color w:val="18212A"/>
      <w:sz w:val="18"/>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50" w:line="252" w:lineRule="auto"/>
      <w:contextualSpacing/>
    </w:pPr>
    <w:rPr>
      <w:rFonts w:ascii="Aptos" w:hAnsi="Aptos"/>
      <w:b w:val="0"/>
      <w:color w:val="18212A"/>
      <w:sz w:val="18"/>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ObsessOS — Personal v0.1 Lovable Implementation Plan</dc:title>
  <dc:subject>Canonical Lovable build directive for ObsessOS Personal v0.1</dc:subject>
  <dc:creator>python-docx</dc:creator>
  <cp:keywords>ObsessOS, Lovable, implementation plan, Personal v0.1</cp:keywords>
  <dc:description>Revised against corrected Product Specification on August 26, 2026.</dc:description>
  <cp:lastModifiedBy/>
  <cp:revision>1</cp:revision>
  <dcterms:created xsi:type="dcterms:W3CDTF">2013-12-23T23:15:00Z</dcterms:created>
  <dcterms:modified xsi:type="dcterms:W3CDTF">2013-12-23T23:15:00Z</dcterms:modified>
  <cp:category/>
</cp:coreProperties>
</file>